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风机数据管理平台 — 健康评估系统操作说明</w:t>
      </w:r>
    </w:p>
    <w:tbl>
      <w:tblPr>
        <w:tblStyle w:val="TableGrid"/>
        <w:tblW w:type="auto" w:w="0"/>
        <w:tblLook w:firstColumn="1" w:firstRow="1" w:lastColumn="0" w:lastRow="0" w:noHBand="0" w:noVBand="1" w:val="04A0"/>
      </w:tblPr>
      <w:tblGrid>
        <w:gridCol w:w="4320"/>
        <w:gridCol w:w="4320"/>
      </w:tblGrid>
      <w:tr>
        <w:tc>
          <w:tcPr>
            <w:tcW w:type="dxa" w:w="4320"/>
          </w:tcPr>
          <w:p>
            <w:r/>
            <w:r>
              <w:t>项目</w:t>
            </w:r>
          </w:p>
        </w:tc>
        <w:tc>
          <w:tcPr>
            <w:tcW w:type="dxa" w:w="4320"/>
          </w:tcPr>
          <w:p>
            <w:r/>
            <w:r>
              <w:t>说明</w:t>
            </w:r>
          </w:p>
        </w:tc>
      </w:tr>
      <w:tr>
        <w:tc>
          <w:tcPr>
            <w:tcW w:type="dxa" w:w="4320"/>
          </w:tcPr>
          <w:p>
            <w:r/>
            <w:r>
              <w:t>文档版本</w:t>
            </w:r>
          </w:p>
        </w:tc>
        <w:tc>
          <w:tcPr>
            <w:tcW w:type="dxa" w:w="4320"/>
          </w:tcPr>
          <w:p>
            <w:r/>
            <w:r>
              <w:t>V1.2</w:t>
            </w:r>
          </w:p>
        </w:tc>
      </w:tr>
      <w:tr>
        <w:tc>
          <w:tcPr>
            <w:tcW w:type="dxa" w:w="4320"/>
          </w:tcPr>
          <w:p>
            <w:r/>
            <w:r>
              <w:t>适用系统</w:t>
            </w:r>
          </w:p>
        </w:tc>
        <w:tc>
          <w:tcPr>
            <w:tcW w:type="dxa" w:w="4320"/>
          </w:tcPr>
          <w:p>
            <w:r/>
            <w:r>
              <w:t>健康评估子系统</w:t>
            </w:r>
          </w:p>
        </w:tc>
      </w:tr>
      <w:tr>
        <w:tc>
          <w:tcPr>
            <w:tcW w:type="dxa" w:w="4320"/>
          </w:tcPr>
          <w:p>
            <w:r/>
            <w:r>
              <w:t>适用对象</w:t>
            </w:r>
          </w:p>
        </w:tc>
        <w:tc>
          <w:tcPr>
            <w:tcW w:type="dxa" w:w="4320"/>
          </w:tcPr>
          <w:p>
            <w:r/>
            <w:r>
              <w:t>运维人员、业务用户、测试人员</w:t>
            </w:r>
          </w:p>
        </w:tc>
      </w:tr>
      <w:tr>
        <w:tc>
          <w:tcPr>
            <w:tcW w:type="dxa" w:w="4320"/>
          </w:tcPr>
          <w:p>
            <w:r/>
            <w:r>
              <w:t>文档用途</w:t>
            </w:r>
          </w:p>
        </w:tc>
        <w:tc>
          <w:tcPr>
            <w:tcW w:type="dxa" w:w="4320"/>
          </w:tcPr>
          <w:p>
            <w:r/>
            <w:r>
              <w:t>项目交付、软件著作权申报、功能测试报告</w:t>
            </w:r>
          </w:p>
        </w:tc>
      </w:tr>
    </w:tbl>
    <w:p/>
    <w:p/>
    <w:p>
      <w:pPr>
        <w:pStyle w:val="Heading2"/>
      </w:pPr>
      <w:r>
        <w:t>1. 系统概述</w:t>
      </w:r>
    </w:p>
    <w:p>
      <w:r>
        <w:t xml:space="preserve">健康评估子系统用于对风电场及单台风机的运行健康状态进行量化评估与可视化展示。系统以 </w:t>
      </w:r>
      <w:r>
        <w:rPr>
          <w:b/>
        </w:rPr>
        <w:t>风场</w:t>
      </w:r>
      <w:r>
        <w:t>、</w:t>
      </w:r>
      <w:r>
        <w:rPr>
          <w:b/>
        </w:rPr>
        <w:t>分析日期</w:t>
      </w:r>
      <w:r>
        <w:t xml:space="preserve"> 为查询维度，从风场级汇总下钻至单机组分项诊断，帮助用户快速掌握全场健康态势、识别风险机组并查看历史趋势。</w:t>
      </w:r>
    </w:p>
    <w:p>
      <w:r>
        <w:rPr>
          <w:b/>
        </w:rPr>
        <w:t>主要功能模块：</w:t>
      </w:r>
    </w:p>
    <w:tbl>
      <w:tblPr>
        <w:tblStyle w:val="TableGrid"/>
        <w:tblW w:type="auto" w:w="0"/>
        <w:tblLook w:firstColumn="1" w:firstRow="1" w:lastColumn="0" w:lastRow="0" w:noHBand="0" w:noVBand="1" w:val="04A0"/>
      </w:tblPr>
      <w:tblGrid>
        <w:gridCol w:w="2880"/>
        <w:gridCol w:w="2880"/>
        <w:gridCol w:w="2880"/>
      </w:tblGrid>
      <w:tr>
        <w:tc>
          <w:tcPr>
            <w:tcW w:type="dxa" w:w="2880"/>
          </w:tcPr>
          <w:p>
            <w:r/>
            <w:r>
              <w:t>序号</w:t>
            </w:r>
          </w:p>
        </w:tc>
        <w:tc>
          <w:tcPr>
            <w:tcW w:type="dxa" w:w="2880"/>
          </w:tcPr>
          <w:p>
            <w:r/>
            <w:r>
              <w:t>模块名称</w:t>
            </w:r>
          </w:p>
        </w:tc>
        <w:tc>
          <w:tcPr>
            <w:tcW w:type="dxa" w:w="2880"/>
          </w:tcPr>
          <w:p>
            <w:r/>
            <w:r>
              <w:t>功能说明</w:t>
            </w:r>
          </w:p>
        </w:tc>
      </w:tr>
      <w:tr>
        <w:tc>
          <w:tcPr>
            <w:tcW w:type="dxa" w:w="2880"/>
          </w:tcPr>
          <w:p>
            <w:r/>
            <w:r>
              <w:t>1</w:t>
            </w:r>
          </w:p>
        </w:tc>
        <w:tc>
          <w:tcPr>
            <w:tcW w:type="dxa" w:w="2880"/>
          </w:tcPr>
          <w:p>
            <w:r/>
            <w:r>
              <w:t>首页驾驶舱</w:t>
            </w:r>
          </w:p>
        </w:tc>
        <w:tc>
          <w:tcPr>
            <w:tcW w:type="dxa" w:w="2880"/>
          </w:tcPr>
          <w:p>
            <w:r/>
            <w:r>
              <w:t>风场筛选、日期选择、健康 Tab 汇总展示与快捷跳转</w:t>
            </w:r>
          </w:p>
        </w:tc>
      </w:tr>
      <w:tr>
        <w:tc>
          <w:tcPr>
            <w:tcW w:type="dxa" w:w="2880"/>
          </w:tcPr>
          <w:p>
            <w:r/>
            <w:r>
              <w:t>2</w:t>
            </w:r>
          </w:p>
        </w:tc>
        <w:tc>
          <w:tcPr>
            <w:tcW w:type="dxa" w:w="2880"/>
          </w:tcPr>
          <w:p>
            <w:r/>
            <w:r>
              <w:t>健康评估</w:t>
            </w:r>
          </w:p>
        </w:tc>
        <w:tc>
          <w:tcPr>
            <w:tcW w:type="dxa" w:w="2880"/>
          </w:tcPr>
          <w:p>
            <w:r/>
            <w:r>
              <w:t>风场健康全景分析、排行榜、风机列表筛选排序及机组详情</w:t>
            </w:r>
          </w:p>
        </w:tc>
      </w:tr>
      <w:tr>
        <w:tc>
          <w:tcPr>
            <w:tcW w:type="dxa" w:w="2880"/>
          </w:tcPr>
          <w:p>
            <w:r/>
            <w:r>
              <w:t>3</w:t>
            </w:r>
          </w:p>
        </w:tc>
        <w:tc>
          <w:tcPr>
            <w:tcW w:type="dxa" w:w="2880"/>
          </w:tcPr>
          <w:p>
            <w:r/>
            <w:r>
              <w:t>尾流分析</w:t>
            </w:r>
          </w:p>
        </w:tc>
        <w:tc>
          <w:tcPr>
            <w:tcW w:type="dxa" w:w="2880"/>
          </w:tcPr>
          <w:p>
            <w:r/>
            <w:r>
              <w:t>风资源分布与尾流影响评估（平台共用功能模块）</w:t>
            </w:r>
          </w:p>
        </w:tc>
      </w:tr>
    </w:tbl>
    <w:p/>
    <w:p>
      <w:r>
        <w:rPr>
          <w:b/>
        </w:rPr>
        <w:t>健康等级划分标准：</w:t>
      </w:r>
    </w:p>
    <w:tbl>
      <w:tblPr>
        <w:tblStyle w:val="TableGrid"/>
        <w:tblW w:type="auto" w:w="0"/>
        <w:tblLook w:firstColumn="1" w:firstRow="1" w:lastColumn="0" w:lastRow="0" w:noHBand="0" w:noVBand="1" w:val="04A0"/>
      </w:tblPr>
      <w:tblGrid>
        <w:gridCol w:w="2880"/>
        <w:gridCol w:w="2880"/>
        <w:gridCol w:w="2880"/>
      </w:tblGrid>
      <w:tr>
        <w:tc>
          <w:tcPr>
            <w:tcW w:type="dxa" w:w="2880"/>
          </w:tcPr>
          <w:p>
            <w:r/>
            <w:r>
              <w:t>等级</w:t>
            </w:r>
          </w:p>
        </w:tc>
        <w:tc>
          <w:tcPr>
            <w:tcW w:type="dxa" w:w="2880"/>
          </w:tcPr>
          <w:p>
            <w:r/>
            <w:r>
              <w:t>评分区间</w:t>
            </w:r>
          </w:p>
        </w:tc>
        <w:tc>
          <w:tcPr>
            <w:tcW w:type="dxa" w:w="2880"/>
          </w:tcPr>
          <w:p>
            <w:r/>
            <w:r>
              <w:t>含义</w:t>
            </w:r>
          </w:p>
        </w:tc>
      </w:tr>
      <w:tr>
        <w:tc>
          <w:tcPr>
            <w:tcW w:type="dxa" w:w="2880"/>
          </w:tcPr>
          <w:p>
            <w:r/>
            <w:r>
              <w:t>优</w:t>
            </w:r>
          </w:p>
        </w:tc>
        <w:tc>
          <w:tcPr>
            <w:tcW w:type="dxa" w:w="2880"/>
          </w:tcPr>
          <w:p>
            <w:r/>
            <w:r>
              <w:t>[90, 100]</w:t>
            </w:r>
          </w:p>
        </w:tc>
        <w:tc>
          <w:tcPr>
            <w:tcW w:type="dxa" w:w="2880"/>
          </w:tcPr>
          <w:p>
            <w:r/>
            <w:r>
              <w:t>运行状态优秀</w:t>
            </w:r>
          </w:p>
        </w:tc>
      </w:tr>
      <w:tr>
        <w:tc>
          <w:tcPr>
            <w:tcW w:type="dxa" w:w="2880"/>
          </w:tcPr>
          <w:p>
            <w:r/>
            <w:r>
              <w:t>良</w:t>
            </w:r>
          </w:p>
        </w:tc>
        <w:tc>
          <w:tcPr>
            <w:tcW w:type="dxa" w:w="2880"/>
          </w:tcPr>
          <w:p>
            <w:r/>
            <w:r>
              <w:t>[70, 90)</w:t>
            </w:r>
          </w:p>
        </w:tc>
        <w:tc>
          <w:tcPr>
            <w:tcW w:type="dxa" w:w="2880"/>
          </w:tcPr>
          <w:p>
            <w:r/>
            <w:r>
              <w:t>运行状态良好</w:t>
            </w:r>
          </w:p>
        </w:tc>
      </w:tr>
      <w:tr>
        <w:tc>
          <w:tcPr>
            <w:tcW w:type="dxa" w:w="2880"/>
          </w:tcPr>
          <w:p>
            <w:r/>
            <w:r>
              <w:t>中</w:t>
            </w:r>
          </w:p>
        </w:tc>
        <w:tc>
          <w:tcPr>
            <w:tcW w:type="dxa" w:w="2880"/>
          </w:tcPr>
          <w:p>
            <w:r/>
            <w:r>
              <w:t>[50, 70)</w:t>
            </w:r>
          </w:p>
        </w:tc>
        <w:tc>
          <w:tcPr>
            <w:tcW w:type="dxa" w:w="2880"/>
          </w:tcPr>
          <w:p>
            <w:r/>
            <w:r>
              <w:t>运行状态一般，需关注</w:t>
            </w:r>
          </w:p>
        </w:tc>
      </w:tr>
      <w:tr>
        <w:tc>
          <w:tcPr>
            <w:tcW w:type="dxa" w:w="2880"/>
          </w:tcPr>
          <w:p>
            <w:r/>
            <w:r>
              <w:t>差</w:t>
            </w:r>
          </w:p>
        </w:tc>
        <w:tc>
          <w:tcPr>
            <w:tcW w:type="dxa" w:w="2880"/>
          </w:tcPr>
          <w:p>
            <w:r/>
            <w:r>
              <w:t>(0, 50)</w:t>
            </w:r>
          </w:p>
        </w:tc>
        <w:tc>
          <w:tcPr>
            <w:tcW w:type="dxa" w:w="2880"/>
          </w:tcPr>
          <w:p>
            <w:r/>
            <w:r>
              <w:t>运行状态较差，建议重点排查</w:t>
            </w:r>
          </w:p>
        </w:tc>
      </w:tr>
    </w:tbl>
    <w:p/>
    <w:p/>
    <w:p>
      <w:pPr>
        <w:pStyle w:val="Heading2"/>
      </w:pPr>
      <w:r>
        <w:t>2. 登录与进入系统</w:t>
      </w:r>
    </w:p>
    <w:p>
      <w:pPr>
        <w:pStyle w:val="Heading3"/>
      </w:pPr>
      <w:r>
        <w:t>2.1 系统登录</w:t>
      </w:r>
    </w:p>
    <w:tbl>
      <w:tblPr>
        <w:tblStyle w:val="TableGrid"/>
        <w:tblW w:type="auto" w:w="0"/>
        <w:tblLook w:firstColumn="1" w:firstRow="1" w:lastColumn="0" w:lastRow="0" w:noHBand="0" w:noVBand="1" w:val="04A0"/>
      </w:tblPr>
      <w:tblGrid>
        <w:gridCol w:w="2880"/>
        <w:gridCol w:w="2880"/>
        <w:gridCol w:w="2880"/>
      </w:tblGrid>
      <w:tr>
        <w:tc>
          <w:tcPr>
            <w:tcW w:type="dxa" w:w="2880"/>
          </w:tcPr>
          <w:p>
            <w:r/>
            <w:r>
              <w:t>步骤</w:t>
            </w:r>
          </w:p>
        </w:tc>
        <w:tc>
          <w:tcPr>
            <w:tcW w:type="dxa" w:w="2880"/>
          </w:tcPr>
          <w:p>
            <w:r/>
            <w:r>
              <w:t>操作</w:t>
            </w:r>
          </w:p>
        </w:tc>
        <w:tc>
          <w:tcPr>
            <w:tcW w:type="dxa" w:w="2880"/>
          </w:tcPr>
          <w:p>
            <w:r/>
            <w:r>
              <w:t>说明</w:t>
            </w:r>
          </w:p>
        </w:tc>
      </w:tr>
      <w:tr>
        <w:tc>
          <w:tcPr>
            <w:tcW w:type="dxa" w:w="2880"/>
          </w:tcPr>
          <w:p>
            <w:r/>
            <w:r>
              <w:t>1</w:t>
            </w:r>
          </w:p>
        </w:tc>
        <w:tc>
          <w:tcPr>
            <w:tcW w:type="dxa" w:w="2880"/>
          </w:tcPr>
          <w:p>
            <w:r/>
            <w:r>
              <w:t>在浏览器中打开系统登录地址</w:t>
            </w:r>
          </w:p>
        </w:tc>
        <w:tc>
          <w:tcPr>
            <w:tcW w:type="dxa" w:w="2880"/>
          </w:tcPr>
          <w:p>
            <w:r/>
            <w:r>
              <w:t>建议使用 Chrome、Edge 等现代浏览器</w:t>
            </w:r>
          </w:p>
        </w:tc>
      </w:tr>
      <w:tr>
        <w:tc>
          <w:tcPr>
            <w:tcW w:type="dxa" w:w="2880"/>
          </w:tcPr>
          <w:p>
            <w:r/>
            <w:r>
              <w:t>2</w:t>
            </w:r>
          </w:p>
        </w:tc>
        <w:tc>
          <w:tcPr>
            <w:tcW w:type="dxa" w:w="2880"/>
          </w:tcPr>
          <w:p>
            <w:r/>
            <w:r>
              <w:t>输入账号、密码</w:t>
            </w:r>
          </w:p>
        </w:tc>
        <w:tc>
          <w:tcPr>
            <w:tcW w:type="dxa" w:w="2880"/>
          </w:tcPr>
          <w:p>
            <w:r/>
            <w:r>
              <w:t>由系统管理员分配</w:t>
            </w:r>
          </w:p>
        </w:tc>
      </w:tr>
      <w:tr>
        <w:tc>
          <w:tcPr>
            <w:tcW w:type="dxa" w:w="2880"/>
          </w:tcPr>
          <w:p>
            <w:r/>
            <w:r>
              <w:t>3</w:t>
            </w:r>
          </w:p>
        </w:tc>
        <w:tc>
          <w:tcPr>
            <w:tcW w:type="dxa" w:w="2880"/>
          </w:tcPr>
          <w:p>
            <w:r/>
            <w:r>
              <w:t>点击「登录」</w:t>
            </w:r>
          </w:p>
        </w:tc>
        <w:tc>
          <w:tcPr>
            <w:tcW w:type="dxa" w:w="2880"/>
          </w:tcPr>
          <w:p>
            <w:r/>
            <w:r>
              <w:t>验证通过后进入系统主界面</w:t>
            </w:r>
          </w:p>
        </w:tc>
      </w:tr>
    </w:tbl>
    <w:p/>
    <w:p>
      <w:pPr>
        <w:pStyle w:val="Heading3"/>
      </w:pPr>
      <w:r>
        <w:t>2.2 进入健康评估模块</w:t>
      </w:r>
    </w:p>
    <w:p>
      <w:r>
        <w:t>健康评估模块有以下两种常用入口：</w:t>
      </w:r>
    </w:p>
    <w:tbl>
      <w:tblPr>
        <w:tblStyle w:val="TableGrid"/>
        <w:tblW w:type="auto" w:w="0"/>
        <w:tblLook w:firstColumn="1" w:firstRow="1" w:lastColumn="0" w:lastRow="0" w:noHBand="0" w:noVBand="1" w:val="04A0"/>
      </w:tblPr>
      <w:tblGrid>
        <w:gridCol w:w="4320"/>
        <w:gridCol w:w="4320"/>
      </w:tblGrid>
      <w:tr>
        <w:tc>
          <w:tcPr>
            <w:tcW w:type="dxa" w:w="4320"/>
          </w:tcPr>
          <w:p>
            <w:r/>
            <w:r>
              <w:t>入口方式</w:t>
            </w:r>
          </w:p>
        </w:tc>
        <w:tc>
          <w:tcPr>
            <w:tcW w:type="dxa" w:w="4320"/>
          </w:tcPr>
          <w:p>
            <w:r/>
            <w:r>
              <w:t>操作路径</w:t>
            </w:r>
          </w:p>
        </w:tc>
      </w:tr>
      <w:tr>
        <w:tc>
          <w:tcPr>
            <w:tcW w:type="dxa" w:w="4320"/>
          </w:tcPr>
          <w:p>
            <w:r/>
            <w:r>
              <w:t>方式一（菜单进入）</w:t>
            </w:r>
          </w:p>
        </w:tc>
        <w:tc>
          <w:tcPr>
            <w:tcW w:type="dxa" w:w="4320"/>
          </w:tcPr>
          <w:p>
            <w:r/>
            <w:r>
              <w:t xml:space="preserve">登录后，在 </w:t>
            </w:r>
            <w:r>
              <w:rPr>
                <w:b/>
              </w:rPr>
              <w:t>左侧菜单</w:t>
            </w:r>
            <w:r>
              <w:t xml:space="preserve"> 中点击 </w:t>
            </w:r>
            <w:r>
              <w:rPr>
                <w:b/>
              </w:rPr>
              <w:t>「健康评估」</w:t>
            </w:r>
          </w:p>
        </w:tc>
      </w:tr>
      <w:tr>
        <w:tc>
          <w:tcPr>
            <w:tcW w:type="dxa" w:w="4320"/>
          </w:tcPr>
          <w:p>
            <w:r/>
            <w:r>
              <w:t>方式二（驾驶舱跳转）</w:t>
            </w:r>
          </w:p>
        </w:tc>
        <w:tc>
          <w:tcPr>
            <w:tcW w:type="dxa" w:w="4320"/>
          </w:tcPr>
          <w:p>
            <w:r/>
            <w:r>
              <w:t xml:space="preserve">在首页驾驶舱右侧 </w:t>
            </w:r>
            <w:r>
              <w:rPr>
                <w:b/>
              </w:rPr>
              <w:t>健康 Tab</w:t>
            </w:r>
            <w:r>
              <w:t xml:space="preserve"> 的表格中，点击目标 </w:t>
            </w:r>
            <w:r>
              <w:rPr>
                <w:b/>
              </w:rPr>
              <w:t>风场名称</w:t>
            </w:r>
          </w:p>
        </w:tc>
      </w:tr>
    </w:tbl>
    <w:p/>
    <w:p>
      <w:r>
        <w:rPr>
          <w:b/>
        </w:rPr>
        <w:t>说明：</w:t>
      </w:r>
      <w:r>
        <w:t xml:space="preserve"> 从驾驶舱跳转时，系统自动携带当前所选风场及分析日期，进入健康评估页后无需重复选择查询条件。</w:t>
      </w:r>
    </w:p>
    <w:p/>
    <w:p>
      <w:pPr>
        <w:pStyle w:val="Heading2"/>
      </w:pPr>
      <w:r>
        <w:t>3. 首页驾驶舱操作说明</w:t>
      </w:r>
    </w:p>
    <w:p>
      <w:pPr>
        <w:pStyle w:val="IntenseQuote"/>
      </w:pPr>
      <w:r>
        <w:t xml:space="preserve">本节仅说明左侧统计面板（组织/风场选择、日期、接入统计、面板显示开关）及右侧 </w:t>
      </w:r>
      <w:r>
        <w:rPr>
          <w:b/>
        </w:rPr>
        <w:t>健康 Tab</w:t>
      </w:r>
      <w:r>
        <w:t xml:space="preserve"> 相关操作，不涉及数据入库、数据接入等功能面板。</w:t>
      </w:r>
    </w:p>
    <w:p>
      <w:pPr>
        <w:pStyle w:val="Heading3"/>
      </w:pPr>
      <w:r>
        <w:t>3.1 界面布局</w:t>
      </w:r>
    </w:p>
    <w:p>
      <w:r>
        <w:t xml:space="preserve">首页采用 </w:t>
      </w:r>
      <w:r>
        <w:rPr>
          <w:b/>
        </w:rPr>
        <w:t>地图 + 浮层面板</w:t>
      </w:r>
      <w:r>
        <w:t xml:space="preserve"> 布局，主要区域如下：</w:t>
      </w:r>
    </w:p>
    <w:tbl>
      <w:tblPr>
        <w:tblStyle w:val="TableGrid"/>
        <w:tblW w:type="auto" w:w="0"/>
        <w:tblLook w:firstColumn="1" w:firstRow="1" w:lastColumn="0" w:lastRow="0" w:noHBand="0" w:noVBand="1" w:val="04A0"/>
      </w:tblPr>
      <w:tblGrid>
        <w:gridCol w:w="2880"/>
        <w:gridCol w:w="2880"/>
        <w:gridCol w:w="2880"/>
      </w:tblGrid>
      <w:tr>
        <w:tc>
          <w:tcPr>
            <w:tcW w:type="dxa" w:w="2880"/>
          </w:tcPr>
          <w:p>
            <w:r/>
            <w:r>
              <w:t>区域</w:t>
            </w:r>
          </w:p>
        </w:tc>
        <w:tc>
          <w:tcPr>
            <w:tcW w:type="dxa" w:w="2880"/>
          </w:tcPr>
          <w:p>
            <w:r/>
            <w:r>
              <w:t>位置</w:t>
            </w:r>
          </w:p>
        </w:tc>
        <w:tc>
          <w:tcPr>
            <w:tcW w:type="dxa" w:w="2880"/>
          </w:tcPr>
          <w:p>
            <w:r/>
            <w:r>
              <w:t>功能</w:t>
            </w:r>
          </w:p>
        </w:tc>
      </w:tr>
      <w:tr>
        <w:tc>
          <w:tcPr>
            <w:tcW w:type="dxa" w:w="2880"/>
          </w:tcPr>
          <w:p>
            <w:r/>
            <w:r>
              <w:t>左侧统计面板</w:t>
            </w:r>
          </w:p>
        </w:tc>
        <w:tc>
          <w:tcPr>
            <w:tcW w:type="dxa" w:w="2880"/>
          </w:tcPr>
          <w:p>
            <w:r/>
            <w:r>
              <w:t>页面左侧</w:t>
            </w:r>
          </w:p>
        </w:tc>
        <w:tc>
          <w:tcPr>
            <w:tcW w:type="dxa" w:w="2880"/>
          </w:tcPr>
          <w:p>
            <w:r/>
            <w:r>
              <w:t>组织/风场选择、日期选择、接入统计、显示开关</w:t>
            </w:r>
          </w:p>
        </w:tc>
      </w:tr>
      <w:tr>
        <w:tc>
          <w:tcPr>
            <w:tcW w:type="dxa" w:w="2880"/>
          </w:tcPr>
          <w:p>
            <w:r/>
            <w:r>
              <w:t>中央地图区</w:t>
            </w:r>
          </w:p>
        </w:tc>
        <w:tc>
          <w:tcPr>
            <w:tcW w:type="dxa" w:w="2880"/>
          </w:tcPr>
          <w:p>
            <w:r/>
            <w:r>
              <w:t>页面中部</w:t>
            </w:r>
          </w:p>
        </w:tc>
        <w:tc>
          <w:tcPr>
            <w:tcW w:type="dxa" w:w="2880"/>
          </w:tcPr>
          <w:p>
            <w:r/>
            <w:r>
              <w:t>展示风场地理分布及标记点</w:t>
            </w:r>
          </w:p>
        </w:tc>
      </w:tr>
      <w:tr>
        <w:tc>
          <w:tcPr>
            <w:tcW w:type="dxa" w:w="2880"/>
          </w:tcPr>
          <w:p>
            <w:r/>
            <w:r>
              <w:t>右侧面板</w:t>
            </w:r>
          </w:p>
        </w:tc>
        <w:tc>
          <w:tcPr>
            <w:tcW w:type="dxa" w:w="2880"/>
          </w:tcPr>
          <w:p>
            <w:r/>
            <w:r>
              <w:t>页面右侧</w:t>
            </w:r>
          </w:p>
        </w:tc>
        <w:tc>
          <w:tcPr>
            <w:tcW w:type="dxa" w:w="2880"/>
          </w:tcPr>
          <w:p>
            <w:r/>
            <w:r>
              <w:t>健康 / 异常 Tab 切换及业务数据展示</w:t>
            </w:r>
          </w:p>
        </w:tc>
      </w:tr>
    </w:tbl>
    <w:p/>
    <w:p>
      <w:pPr>
        <w:pStyle w:val="Heading3"/>
      </w:pPr>
      <w:r>
        <w:t>3.2 选择组织或风场</w:t>
      </w:r>
    </w:p>
    <w:tbl>
      <w:tblPr>
        <w:tblStyle w:val="TableGrid"/>
        <w:tblW w:type="auto" w:w="0"/>
        <w:tblLook w:firstColumn="1" w:firstRow="1" w:lastColumn="0" w:lastRow="0" w:noHBand="0" w:noVBand="1" w:val="04A0"/>
      </w:tblPr>
      <w:tblGrid>
        <w:gridCol w:w="2880"/>
        <w:gridCol w:w="2880"/>
        <w:gridCol w:w="2880"/>
      </w:tblGrid>
      <w:tr>
        <w:tc>
          <w:tcPr>
            <w:tcW w:type="dxa" w:w="2880"/>
          </w:tcPr>
          <w:p>
            <w:r/>
            <w:r>
              <w:t>步骤</w:t>
            </w:r>
          </w:p>
        </w:tc>
        <w:tc>
          <w:tcPr>
            <w:tcW w:type="dxa" w:w="2880"/>
          </w:tcPr>
          <w:p>
            <w:r/>
            <w:r>
              <w:t>操作</w:t>
            </w:r>
          </w:p>
        </w:tc>
        <w:tc>
          <w:tcPr>
            <w:tcW w:type="dxa" w:w="2880"/>
          </w:tcPr>
          <w:p>
            <w:r/>
            <w:r>
              <w:t>说明</w:t>
            </w:r>
          </w:p>
        </w:tc>
      </w:tr>
      <w:tr>
        <w:tc>
          <w:tcPr>
            <w:tcW w:type="dxa" w:w="2880"/>
          </w:tcPr>
          <w:p>
            <w:r/>
            <w:r>
              <w:t>1</w:t>
            </w:r>
          </w:p>
        </w:tc>
        <w:tc>
          <w:tcPr>
            <w:tcW w:type="dxa" w:w="2880"/>
          </w:tcPr>
          <w:p>
            <w:r/>
            <w:r>
              <w:t xml:space="preserve">在左侧面板点击 </w:t>
            </w:r>
            <w:r>
              <w:rPr>
                <w:b/>
              </w:rPr>
              <w:t>「请选择所属公司」</w:t>
            </w:r>
            <w:r>
              <w:t xml:space="preserve"> 下拉框</w:t>
            </w:r>
          </w:p>
        </w:tc>
        <w:tc>
          <w:tcPr>
            <w:tcW w:type="dxa" w:w="2880"/>
          </w:tcPr>
          <w:p>
            <w:r/>
            <w:r>
              <w:t>展开组织树形列表</w:t>
            </w:r>
          </w:p>
        </w:tc>
      </w:tr>
      <w:tr>
        <w:tc>
          <w:tcPr>
            <w:tcW w:type="dxa" w:w="2880"/>
          </w:tcPr>
          <w:p>
            <w:r/>
            <w:r>
              <w:t>2</w:t>
            </w:r>
          </w:p>
        </w:tc>
        <w:tc>
          <w:tcPr>
            <w:tcW w:type="dxa" w:w="2880"/>
          </w:tcPr>
          <w:p>
            <w:r/>
            <w:r>
              <w:t xml:space="preserve">在组织树中选择目标 </w:t>
            </w:r>
            <w:r>
              <w:rPr>
                <w:b/>
              </w:rPr>
              <w:t>公司</w:t>
            </w:r>
            <w:r>
              <w:t xml:space="preserve"> 或 </w:t>
            </w:r>
            <w:r>
              <w:rPr>
                <w:b/>
              </w:rPr>
              <w:t>风场</w:t>
            </w:r>
          </w:p>
        </w:tc>
        <w:tc>
          <w:tcPr>
            <w:tcW w:type="dxa" w:w="2880"/>
          </w:tcPr>
          <w:p>
            <w:r/>
            <w:r>
              <w:t>可在搜索框输入关键字快速过滤</w:t>
            </w:r>
          </w:p>
        </w:tc>
      </w:tr>
      <w:tr>
        <w:tc>
          <w:tcPr>
            <w:tcW w:type="dxa" w:w="2880"/>
          </w:tcPr>
          <w:p>
            <w:r/>
            <w:r>
              <w:t>3</w:t>
            </w:r>
          </w:p>
        </w:tc>
        <w:tc>
          <w:tcPr>
            <w:tcW w:type="dxa" w:w="2880"/>
          </w:tcPr>
          <w:p>
            <w:r/>
            <w:r>
              <w:t>单击目标节点完成选择</w:t>
            </w:r>
          </w:p>
        </w:tc>
        <w:tc>
          <w:tcPr>
            <w:tcW w:type="dxa" w:w="2880"/>
          </w:tcPr>
          <w:p>
            <w:r/>
            <w:r>
              <w:t>选择后自动生效，无需额外确认</w:t>
            </w:r>
          </w:p>
        </w:tc>
      </w:tr>
    </w:tbl>
    <w:p/>
    <w:p>
      <w:r>
        <w:rPr>
          <w:b/>
        </w:rPr>
        <w:t>预期结果：</w:t>
      </w:r>
    </w:p>
    <w:p>
      <w:pPr>
        <w:pStyle w:val="ListBullet"/>
      </w:pPr>
      <w:r>
        <w:t>中央地图刷新并展示所选范围内风场的地理标记点；</w:t>
      </w:r>
    </w:p>
    <w:p>
      <w:pPr>
        <w:pStyle w:val="ListBullet"/>
      </w:pPr>
      <w:r>
        <w:t xml:space="preserve">若选择 </w:t>
      </w:r>
      <w:r>
        <w:rPr>
          <w:b/>
        </w:rPr>
        <w:t>公司</w:t>
      </w:r>
      <w:r>
        <w:t xml:space="preserve"> 层级，地图展示该公司下属全部风场；</w:t>
      </w:r>
    </w:p>
    <w:p>
      <w:pPr>
        <w:pStyle w:val="ListBullet"/>
      </w:pPr>
      <w:r>
        <w:t xml:space="preserve">若选择 </w:t>
      </w:r>
      <w:r>
        <w:rPr>
          <w:b/>
        </w:rPr>
        <w:t>风场</w:t>
      </w:r>
      <w:r>
        <w:t xml:space="preserve"> 层级，地图聚焦展示该风场位置；</w:t>
      </w:r>
    </w:p>
    <w:p>
      <w:pPr>
        <w:pStyle w:val="ListBullet"/>
      </w:pPr>
      <w:r>
        <w:t xml:space="preserve">右侧 </w:t>
      </w:r>
      <w:r>
        <w:rPr>
          <w:b/>
        </w:rPr>
        <w:t>健康 Tab</w:t>
      </w:r>
      <w:r>
        <w:t xml:space="preserve"> 数据按所选范围同步刷新。</w:t>
      </w:r>
    </w:p>
    <w:p>
      <w:pPr>
        <w:pStyle w:val="Heading3"/>
      </w:pPr>
      <w:r>
        <w:t>3.3 选择分析日期</w:t>
      </w:r>
    </w:p>
    <w:tbl>
      <w:tblPr>
        <w:tblStyle w:val="TableGrid"/>
        <w:tblW w:type="auto" w:w="0"/>
        <w:tblLook w:firstColumn="1" w:firstRow="1" w:lastColumn="0" w:lastRow="0" w:noHBand="0" w:noVBand="1" w:val="04A0"/>
      </w:tblPr>
      <w:tblGrid>
        <w:gridCol w:w="2880"/>
        <w:gridCol w:w="2880"/>
        <w:gridCol w:w="2880"/>
      </w:tblGrid>
      <w:tr>
        <w:tc>
          <w:tcPr>
            <w:tcW w:type="dxa" w:w="2880"/>
          </w:tcPr>
          <w:p>
            <w:r/>
            <w:r>
              <w:t>步骤</w:t>
            </w:r>
          </w:p>
        </w:tc>
        <w:tc>
          <w:tcPr>
            <w:tcW w:type="dxa" w:w="2880"/>
          </w:tcPr>
          <w:p>
            <w:r/>
            <w:r>
              <w:t>操作</w:t>
            </w:r>
          </w:p>
        </w:tc>
        <w:tc>
          <w:tcPr>
            <w:tcW w:type="dxa" w:w="2880"/>
          </w:tcPr>
          <w:p>
            <w:r/>
            <w:r>
              <w:t>说明</w:t>
            </w:r>
          </w:p>
        </w:tc>
      </w:tr>
      <w:tr>
        <w:tc>
          <w:tcPr>
            <w:tcW w:type="dxa" w:w="2880"/>
          </w:tcPr>
          <w:p>
            <w:r/>
            <w:r>
              <w:t>1</w:t>
            </w:r>
          </w:p>
        </w:tc>
        <w:tc>
          <w:tcPr>
            <w:tcW w:type="dxa" w:w="2880"/>
          </w:tcPr>
          <w:p>
            <w:r/>
            <w:r>
              <w:t xml:space="preserve">点击左侧面板中的 </w:t>
            </w:r>
            <w:r>
              <w:rPr>
                <w:b/>
              </w:rPr>
              <w:t>日期选择器</w:t>
            </w:r>
          </w:p>
        </w:tc>
        <w:tc>
          <w:tcPr>
            <w:tcW w:type="dxa" w:w="2880"/>
          </w:tcPr>
          <w:p>
            <w:r/>
            <w:r>
              <w:t>弹出日历面板</w:t>
            </w:r>
          </w:p>
        </w:tc>
      </w:tr>
      <w:tr>
        <w:tc>
          <w:tcPr>
            <w:tcW w:type="dxa" w:w="2880"/>
          </w:tcPr>
          <w:p>
            <w:r/>
            <w:r>
              <w:t>2</w:t>
            </w:r>
          </w:p>
        </w:tc>
        <w:tc>
          <w:tcPr>
            <w:tcW w:type="dxa" w:w="2880"/>
          </w:tcPr>
          <w:p>
            <w:r/>
            <w:r>
              <w:t>在日历中点选目标日期</w:t>
            </w:r>
          </w:p>
        </w:tc>
        <w:tc>
          <w:tcPr>
            <w:tcW w:type="dxa" w:w="2880"/>
          </w:tcPr>
          <w:p>
            <w:r/>
            <w:r>
              <w:t>显示格式为 yyyy/MM/dd</w:t>
            </w:r>
          </w:p>
        </w:tc>
      </w:tr>
      <w:tr>
        <w:tc>
          <w:tcPr>
            <w:tcW w:type="dxa" w:w="2880"/>
          </w:tcPr>
          <w:p>
            <w:r/>
            <w:r>
              <w:t>3</w:t>
            </w:r>
          </w:p>
        </w:tc>
        <w:tc>
          <w:tcPr>
            <w:tcW w:type="dxa" w:w="2880"/>
          </w:tcPr>
          <w:p>
            <w:r/>
            <w:r>
              <w:t>确认选择</w:t>
            </w:r>
          </w:p>
        </w:tc>
        <w:tc>
          <w:tcPr>
            <w:tcW w:type="dxa" w:w="2880"/>
          </w:tcPr>
          <w:p>
            <w:r/>
            <w:r>
              <w:t>右侧健康 Tab 按新日期重新加载</w:t>
            </w:r>
          </w:p>
        </w:tc>
      </w:tr>
    </w:tbl>
    <w:p/>
    <w:p>
      <w:r>
        <w:rPr>
          <w:b/>
        </w:rPr>
        <w:t>补充说明：</w:t>
      </w:r>
    </w:p>
    <w:p>
      <w:pPr>
        <w:pStyle w:val="ListBullet"/>
      </w:pPr>
      <w:r>
        <w:t xml:space="preserve">系统默认选中 </w:t>
      </w:r>
      <w:r>
        <w:rPr>
          <w:b/>
        </w:rPr>
        <w:t>昨日</w:t>
      </w:r>
      <w:r>
        <w:t xml:space="preserve"> 作为分析日期；</w:t>
      </w:r>
    </w:p>
    <w:p>
      <w:pPr>
        <w:pStyle w:val="ListBullet"/>
      </w:pPr>
      <w:r>
        <w:t>支持点击清除按钮清空日期后重新选择；</w:t>
      </w:r>
    </w:p>
    <w:p>
      <w:pPr>
        <w:pStyle w:val="ListBullet"/>
      </w:pPr>
      <w:r>
        <w:t>日期变更后，健康 Tab 的饼图与表格数据将同步更新。</w:t>
      </w:r>
    </w:p>
    <w:p>
      <w:pPr>
        <w:pStyle w:val="Heading3"/>
      </w:pPr>
      <w:r>
        <w:t>3.4 查看接入统计</w:t>
      </w:r>
    </w:p>
    <w:p>
      <w:r>
        <w:t xml:space="preserve">左侧面板中以下两项为 </w:t>
      </w:r>
      <w:r>
        <w:rPr>
          <w:b/>
        </w:rPr>
        <w:t>只读统计信息</w:t>
      </w:r>
      <w:r>
        <w:t>，随平台数据自动更新，用户无需操作：</w:t>
      </w:r>
    </w:p>
    <w:tbl>
      <w:tblPr>
        <w:tblStyle w:val="TableGrid"/>
        <w:tblW w:type="auto" w:w="0"/>
        <w:tblLook w:firstColumn="1" w:firstRow="1" w:lastColumn="0" w:lastRow="0" w:noHBand="0" w:noVBand="1" w:val="04A0"/>
      </w:tblPr>
      <w:tblGrid>
        <w:gridCol w:w="2880"/>
        <w:gridCol w:w="2880"/>
        <w:gridCol w:w="2880"/>
      </w:tblGrid>
      <w:tr>
        <w:tc>
          <w:tcPr>
            <w:tcW w:type="dxa" w:w="2880"/>
          </w:tcPr>
          <w:p>
            <w:r/>
            <w:r>
              <w:t>统计项</w:t>
            </w:r>
          </w:p>
        </w:tc>
        <w:tc>
          <w:tcPr>
            <w:tcW w:type="dxa" w:w="2880"/>
          </w:tcPr>
          <w:p>
            <w:r/>
            <w:r>
              <w:t>单位</w:t>
            </w:r>
          </w:p>
        </w:tc>
        <w:tc>
          <w:tcPr>
            <w:tcW w:type="dxa" w:w="2880"/>
          </w:tcPr>
          <w:p>
            <w:r/>
            <w:r>
              <w:t>说明</w:t>
            </w:r>
          </w:p>
        </w:tc>
      </w:tr>
      <w:tr>
        <w:tc>
          <w:tcPr>
            <w:tcW w:type="dxa" w:w="2880"/>
          </w:tcPr>
          <w:p>
            <w:r/>
            <w:r>
              <w:t>已接入风场数</w:t>
            </w:r>
          </w:p>
        </w:tc>
        <w:tc>
          <w:tcPr>
            <w:tcW w:type="dxa" w:w="2880"/>
          </w:tcPr>
          <w:p>
            <w:r/>
            <w:r>
              <w:t>座</w:t>
            </w:r>
          </w:p>
        </w:tc>
        <w:tc>
          <w:tcPr>
            <w:tcW w:type="dxa" w:w="2880"/>
          </w:tcPr>
          <w:p>
            <w:r/>
            <w:r>
              <w:t>平台当前已接入的风场总数量</w:t>
            </w:r>
          </w:p>
        </w:tc>
      </w:tr>
      <w:tr>
        <w:tc>
          <w:tcPr>
            <w:tcW w:type="dxa" w:w="2880"/>
          </w:tcPr>
          <w:p>
            <w:r/>
            <w:r>
              <w:t>已接入风机数</w:t>
            </w:r>
          </w:p>
        </w:tc>
        <w:tc>
          <w:tcPr>
            <w:tcW w:type="dxa" w:w="2880"/>
          </w:tcPr>
          <w:p>
            <w:r/>
            <w:r>
              <w:t>台</w:t>
            </w:r>
          </w:p>
        </w:tc>
        <w:tc>
          <w:tcPr>
            <w:tcW w:type="dxa" w:w="2880"/>
          </w:tcPr>
          <w:p>
            <w:r/>
            <w:r>
              <w:t>平台当前已接入的风机总数量</w:t>
            </w:r>
          </w:p>
        </w:tc>
      </w:tr>
    </w:tbl>
    <w:p/>
    <w:p>
      <w:pPr>
        <w:pStyle w:val="Heading3"/>
      </w:pPr>
      <w:r>
        <w:t>3.5 显示 / 隐藏侧面板</w:t>
      </w:r>
    </w:p>
    <w:tbl>
      <w:tblPr>
        <w:tblStyle w:val="TableGrid"/>
        <w:tblW w:type="auto" w:w="0"/>
        <w:tblLook w:firstColumn="1" w:firstRow="1" w:lastColumn="0" w:lastRow="0" w:noHBand="0" w:noVBand="1" w:val="04A0"/>
      </w:tblPr>
      <w:tblGrid>
        <w:gridCol w:w="2880"/>
        <w:gridCol w:w="2880"/>
        <w:gridCol w:w="2880"/>
      </w:tblGrid>
      <w:tr>
        <w:tc>
          <w:tcPr>
            <w:tcW w:type="dxa" w:w="2880"/>
          </w:tcPr>
          <w:p>
            <w:r/>
            <w:r>
              <w:t>步骤</w:t>
            </w:r>
          </w:p>
        </w:tc>
        <w:tc>
          <w:tcPr>
            <w:tcW w:type="dxa" w:w="2880"/>
          </w:tcPr>
          <w:p>
            <w:r/>
            <w:r>
              <w:t>操作</w:t>
            </w:r>
          </w:p>
        </w:tc>
        <w:tc>
          <w:tcPr>
            <w:tcW w:type="dxa" w:w="2880"/>
          </w:tcPr>
          <w:p>
            <w:r/>
            <w:r>
              <w:t>说明</w:t>
            </w:r>
          </w:p>
        </w:tc>
      </w:tr>
      <w:tr>
        <w:tc>
          <w:tcPr>
            <w:tcW w:type="dxa" w:w="2880"/>
          </w:tcPr>
          <w:p>
            <w:r/>
            <w:r>
              <w:t>1</w:t>
            </w:r>
          </w:p>
        </w:tc>
        <w:tc>
          <w:tcPr>
            <w:tcW w:type="dxa" w:w="2880"/>
          </w:tcPr>
          <w:p>
            <w:r/>
            <w:r>
              <w:t xml:space="preserve">找到左侧面板底部的 </w:t>
            </w:r>
            <w:r>
              <w:rPr>
                <w:b/>
              </w:rPr>
              <w:t>显示 / 隐藏</w:t>
            </w:r>
            <w:r>
              <w:t xml:space="preserve"> 开关</w:t>
            </w:r>
          </w:p>
        </w:tc>
        <w:tc>
          <w:tcPr>
            <w:tcW w:type="dxa" w:w="2880"/>
          </w:tcPr>
          <w:p>
            <w:r/>
            <w:r>
              <w:t>默认处于「显示」状态</w:t>
            </w:r>
          </w:p>
        </w:tc>
      </w:tr>
      <w:tr>
        <w:tc>
          <w:tcPr>
            <w:tcW w:type="dxa" w:w="2880"/>
          </w:tcPr>
          <w:p>
            <w:r/>
            <w:r>
              <w:t>2</w:t>
            </w:r>
          </w:p>
        </w:tc>
        <w:tc>
          <w:tcPr>
            <w:tcW w:type="dxa" w:w="2880"/>
          </w:tcPr>
          <w:p>
            <w:r/>
            <w:r>
              <w:t>将开关拨至「隐藏」</w:t>
            </w:r>
          </w:p>
        </w:tc>
        <w:tc>
          <w:tcPr>
            <w:tcW w:type="dxa" w:w="2880"/>
          </w:tcPr>
          <w:p>
            <w:r/>
            <w:r>
              <w:t>收起右侧业务面板及中间留白，仅保留左侧统计面板与地图，便于查看地图全貌</w:t>
            </w:r>
          </w:p>
        </w:tc>
      </w:tr>
      <w:tr>
        <w:tc>
          <w:tcPr>
            <w:tcW w:type="dxa" w:w="2880"/>
          </w:tcPr>
          <w:p>
            <w:r/>
            <w:r>
              <w:t>3</w:t>
            </w:r>
          </w:p>
        </w:tc>
        <w:tc>
          <w:tcPr>
            <w:tcW w:type="dxa" w:w="2880"/>
          </w:tcPr>
          <w:p>
            <w:r/>
            <w:r>
              <w:t>将开关拨回「显示」</w:t>
            </w:r>
          </w:p>
        </w:tc>
        <w:tc>
          <w:tcPr>
            <w:tcW w:type="dxa" w:w="2880"/>
          </w:tcPr>
          <w:p>
            <w:r/>
            <w:r>
              <w:t>恢复右侧健康 / 异常业务面板</w:t>
            </w:r>
          </w:p>
        </w:tc>
      </w:tr>
    </w:tbl>
    <w:p/>
    <w:p>
      <w:pPr>
        <w:pStyle w:val="Heading3"/>
      </w:pPr>
      <w:r>
        <w:t>3.6 健康 Tab 操作</w:t>
      </w:r>
    </w:p>
    <w:p>
      <w:r>
        <w:t xml:space="preserve">在右侧面板顶部，点击 </w:t>
      </w:r>
      <w:r>
        <w:rPr>
          <w:b/>
        </w:rPr>
        <w:t>「健康」</w:t>
      </w:r>
      <w:r>
        <w:t xml:space="preserve"> Tab（与「异常」Tab 并列），进入健康概览视图。</w:t>
      </w:r>
    </w:p>
    <w:p>
      <w:pPr>
        <w:pStyle w:val="Heading4"/>
      </w:pPr>
      <w:r>
        <w:t>3.6.1 综合健康评分饼图</w:t>
      </w:r>
    </w:p>
    <w:tbl>
      <w:tblPr>
        <w:tblStyle w:val="TableGrid"/>
        <w:tblW w:type="auto" w:w="0"/>
        <w:tblLook w:firstColumn="1" w:firstRow="1" w:lastColumn="0" w:lastRow="0" w:noHBand="0" w:noVBand="1" w:val="04A0"/>
      </w:tblPr>
      <w:tblGrid>
        <w:gridCol w:w="4320"/>
        <w:gridCol w:w="4320"/>
      </w:tblGrid>
      <w:tr>
        <w:tc>
          <w:tcPr>
            <w:tcW w:type="dxa" w:w="4320"/>
          </w:tcPr>
          <w:p>
            <w:r/>
            <w:r>
              <w:t>元素</w:t>
            </w:r>
          </w:p>
        </w:tc>
        <w:tc>
          <w:tcPr>
            <w:tcW w:type="dxa" w:w="4320"/>
          </w:tcPr>
          <w:p>
            <w:r/>
            <w:r>
              <w:t>说明</w:t>
            </w:r>
          </w:p>
        </w:tc>
      </w:tr>
      <w:tr>
        <w:tc>
          <w:tcPr>
            <w:tcW w:type="dxa" w:w="4320"/>
          </w:tcPr>
          <w:p>
            <w:r/>
            <w:r>
              <w:t>图例</w:t>
            </w:r>
          </w:p>
        </w:tc>
        <w:tc>
          <w:tcPr>
            <w:tcW w:type="dxa" w:w="4320"/>
          </w:tcPr>
          <w:p>
            <w:r/>
            <w:r>
              <w:t>优（绿色）、良（蓝色）、中（黄色）、差（红色）</w:t>
            </w:r>
          </w:p>
        </w:tc>
      </w:tr>
      <w:tr>
        <w:tc>
          <w:tcPr>
            <w:tcW w:type="dxa" w:w="4320"/>
          </w:tcPr>
          <w:p>
            <w:r/>
            <w:r>
              <w:t>饼图扇区</w:t>
            </w:r>
          </w:p>
        </w:tc>
        <w:tc>
          <w:tcPr>
            <w:tcW w:type="dxa" w:w="4320"/>
          </w:tcPr>
          <w:p>
            <w:r/>
            <w:r>
              <w:t>展示当前查询范围内各健康等级的风机台数及占比</w:t>
            </w:r>
          </w:p>
        </w:tc>
      </w:tr>
      <w:tr>
        <w:tc>
          <w:tcPr>
            <w:tcW w:type="dxa" w:w="4320"/>
          </w:tcPr>
          <w:p>
            <w:r/>
            <w:r>
              <w:t>标签文字</w:t>
            </w:r>
          </w:p>
        </w:tc>
        <w:tc>
          <w:tcPr>
            <w:tcW w:type="dxa" w:w="4320"/>
          </w:tcPr>
          <w:p>
            <w:r/>
            <w:r>
              <w:t>非零扇区显示「等级名称 + 台数」</w:t>
            </w:r>
          </w:p>
        </w:tc>
      </w:tr>
    </w:tbl>
    <w:p/>
    <w:p>
      <w:r>
        <w:rPr>
          <w:b/>
        </w:rPr>
        <w:t>交互操作：</w:t>
      </w:r>
      <w:r>
        <w:t xml:space="preserve"> 将鼠标悬停在饼图某一扇区上，弹出提示框显示该等级的 </w:t>
      </w:r>
      <w:r>
        <w:rPr>
          <w:b/>
        </w:rPr>
        <w:t>名称、台数、占比百分比</w:t>
      </w:r>
      <w:r>
        <w:t>。</w:t>
      </w:r>
    </w:p>
    <w:p>
      <w:pPr>
        <w:pStyle w:val="Heading4"/>
      </w:pPr>
      <w:r>
        <w:t>3.6.2 健康数据信息表</w:t>
      </w:r>
    </w:p>
    <w:p>
      <w:r>
        <w:t xml:space="preserve">表格位于饼图下方，标题为 </w:t>
      </w:r>
      <w:r>
        <w:rPr>
          <w:b/>
        </w:rPr>
        <w:t>「健康数据信息」</w:t>
      </w:r>
      <w:r>
        <w:t>，支持自动滚动浏览（当风场数量较多时）。</w:t>
      </w:r>
    </w:p>
    <w:tbl>
      <w:tblPr>
        <w:tblStyle w:val="TableGrid"/>
        <w:tblW w:type="auto" w:w="0"/>
        <w:tblLook w:firstColumn="1" w:firstRow="1" w:lastColumn="0" w:lastRow="0" w:noHBand="0" w:noVBand="1" w:val="04A0"/>
      </w:tblPr>
      <w:tblGrid>
        <w:gridCol w:w="4320"/>
        <w:gridCol w:w="4320"/>
      </w:tblGrid>
      <w:tr>
        <w:tc>
          <w:tcPr>
            <w:tcW w:type="dxa" w:w="4320"/>
          </w:tcPr>
          <w:p>
            <w:r/>
            <w:r>
              <w:t>列名</w:t>
            </w:r>
          </w:p>
        </w:tc>
        <w:tc>
          <w:tcPr>
            <w:tcW w:type="dxa" w:w="4320"/>
          </w:tcPr>
          <w:p>
            <w:r/>
            <w:r>
              <w:t>说明</w:t>
            </w:r>
          </w:p>
        </w:tc>
      </w:tr>
      <w:tr>
        <w:tc>
          <w:tcPr>
            <w:tcW w:type="dxa" w:w="4320"/>
          </w:tcPr>
          <w:p>
            <w:r/>
            <w:r>
              <w:t>风场名称</w:t>
            </w:r>
          </w:p>
        </w:tc>
        <w:tc>
          <w:tcPr>
            <w:tcW w:type="dxa" w:w="4320"/>
          </w:tcPr>
          <w:p>
            <w:r/>
            <w:r>
              <w:t>风场名称，蓝色可点击链接样式</w:t>
            </w:r>
          </w:p>
        </w:tc>
      </w:tr>
      <w:tr>
        <w:tc>
          <w:tcPr>
            <w:tcW w:type="dxa" w:w="4320"/>
          </w:tcPr>
          <w:p>
            <w:r/>
            <w:r>
              <w:t>优</w:t>
            </w:r>
          </w:p>
        </w:tc>
        <w:tc>
          <w:tcPr>
            <w:tcW w:type="dxa" w:w="4320"/>
          </w:tcPr>
          <w:p>
            <w:r/>
            <w:r>
              <w:t>该风场健康等级为「优」的风机台数</w:t>
            </w:r>
          </w:p>
        </w:tc>
      </w:tr>
      <w:tr>
        <w:tc>
          <w:tcPr>
            <w:tcW w:type="dxa" w:w="4320"/>
          </w:tcPr>
          <w:p>
            <w:r/>
            <w:r>
              <w:t>良</w:t>
            </w:r>
          </w:p>
        </w:tc>
        <w:tc>
          <w:tcPr>
            <w:tcW w:type="dxa" w:w="4320"/>
          </w:tcPr>
          <w:p>
            <w:r/>
            <w:r>
              <w:t>该风场健康等级为「良」的风机台数</w:t>
            </w:r>
          </w:p>
        </w:tc>
      </w:tr>
      <w:tr>
        <w:tc>
          <w:tcPr>
            <w:tcW w:type="dxa" w:w="4320"/>
          </w:tcPr>
          <w:p>
            <w:r/>
            <w:r>
              <w:t>中</w:t>
            </w:r>
          </w:p>
        </w:tc>
        <w:tc>
          <w:tcPr>
            <w:tcW w:type="dxa" w:w="4320"/>
          </w:tcPr>
          <w:p>
            <w:r/>
            <w:r>
              <w:t>该风场健康等级为「中」的风机台数</w:t>
            </w:r>
          </w:p>
        </w:tc>
      </w:tr>
      <w:tr>
        <w:tc>
          <w:tcPr>
            <w:tcW w:type="dxa" w:w="4320"/>
          </w:tcPr>
          <w:p>
            <w:r/>
            <w:r>
              <w:t>差</w:t>
            </w:r>
          </w:p>
        </w:tc>
        <w:tc>
          <w:tcPr>
            <w:tcW w:type="dxa" w:w="4320"/>
          </w:tcPr>
          <w:p>
            <w:r/>
            <w:r>
              <w:t>该风场健康等级为「差」的风机台数</w:t>
            </w:r>
          </w:p>
        </w:tc>
      </w:tr>
    </w:tbl>
    <w:p/>
    <w:p>
      <w:r>
        <w:rPr>
          <w:b/>
        </w:rPr>
        <w:t>操作步骤 — 跳转至健康评估详情页：</w:t>
      </w:r>
    </w:p>
    <w:tbl>
      <w:tblPr>
        <w:tblStyle w:val="TableGrid"/>
        <w:tblW w:type="auto" w:w="0"/>
        <w:tblLook w:firstColumn="1" w:firstRow="1" w:lastColumn="0" w:lastRow="0" w:noHBand="0" w:noVBand="1" w:val="04A0"/>
      </w:tblPr>
      <w:tblGrid>
        <w:gridCol w:w="4320"/>
        <w:gridCol w:w="4320"/>
      </w:tblGrid>
      <w:tr>
        <w:tc>
          <w:tcPr>
            <w:tcW w:type="dxa" w:w="4320"/>
          </w:tcPr>
          <w:p>
            <w:r/>
            <w:r>
              <w:t>步骤</w:t>
            </w:r>
          </w:p>
        </w:tc>
        <w:tc>
          <w:tcPr>
            <w:tcW w:type="dxa" w:w="4320"/>
          </w:tcPr>
          <w:p>
            <w:r/>
            <w:r>
              <w:t>操作</w:t>
            </w:r>
          </w:p>
        </w:tc>
      </w:tr>
      <w:tr>
        <w:tc>
          <w:tcPr>
            <w:tcW w:type="dxa" w:w="4320"/>
          </w:tcPr>
          <w:p>
            <w:r/>
            <w:r>
              <w:t>1</w:t>
            </w:r>
          </w:p>
        </w:tc>
        <w:tc>
          <w:tcPr>
            <w:tcW w:type="dxa" w:w="4320"/>
          </w:tcPr>
          <w:p>
            <w:r/>
            <w:r>
              <w:t>确认左侧已选择正确的组织/风场，且日期符合分析需求</w:t>
            </w:r>
          </w:p>
        </w:tc>
      </w:tr>
      <w:tr>
        <w:tc>
          <w:tcPr>
            <w:tcW w:type="dxa" w:w="4320"/>
          </w:tcPr>
          <w:p>
            <w:r/>
            <w:r>
              <w:t>2</w:t>
            </w:r>
          </w:p>
        </w:tc>
        <w:tc>
          <w:tcPr>
            <w:tcW w:type="dxa" w:w="4320"/>
          </w:tcPr>
          <w:p>
            <w:r/>
            <w:r>
              <w:t>在健康 Tab 表格中找到目标风场所在行</w:t>
            </w:r>
          </w:p>
        </w:tc>
      </w:tr>
      <w:tr>
        <w:tc>
          <w:tcPr>
            <w:tcW w:type="dxa" w:w="4320"/>
          </w:tcPr>
          <w:p>
            <w:r/>
            <w:r>
              <w:t>3</w:t>
            </w:r>
          </w:p>
        </w:tc>
        <w:tc>
          <w:tcPr>
            <w:tcW w:type="dxa" w:w="4320"/>
          </w:tcPr>
          <w:p>
            <w:r/>
            <w:r>
              <w:t xml:space="preserve">点击该行的 </w:t>
            </w:r>
            <w:r>
              <w:rPr>
                <w:b/>
              </w:rPr>
              <w:t>风场名称</w:t>
            </w:r>
          </w:p>
        </w:tc>
      </w:tr>
      <w:tr>
        <w:tc>
          <w:tcPr>
            <w:tcW w:type="dxa" w:w="4320"/>
          </w:tcPr>
          <w:p>
            <w:r/>
            <w:r>
              <w:t>4</w:t>
            </w:r>
          </w:p>
        </w:tc>
        <w:tc>
          <w:tcPr>
            <w:tcW w:type="dxa" w:w="4320"/>
          </w:tcPr>
          <w:p>
            <w:r/>
            <w:r>
              <w:t xml:space="preserve">页面自动跳转至 </w:t>
            </w:r>
            <w:r>
              <w:rPr>
                <w:b/>
              </w:rPr>
              <w:t>健康评估</w:t>
            </w:r>
            <w:r>
              <w:t xml:space="preserve"> 模块，风场与日期自动回填</w:t>
            </w:r>
          </w:p>
        </w:tc>
      </w:tr>
    </w:tbl>
    <w:p/>
    <w:p/>
    <w:p>
      <w:pPr>
        <w:pStyle w:val="Heading2"/>
      </w:pPr>
      <w:r>
        <w:t>4. 健康评估模块操作说明</w:t>
      </w:r>
    </w:p>
    <w:p>
      <w:r>
        <w:rPr>
          <w:b/>
        </w:rPr>
        <w:t>入口路径：</w:t>
      </w:r>
      <w:r>
        <w:t xml:space="preserve"> 左侧菜单 → </w:t>
      </w:r>
      <w:r>
        <w:rPr>
          <w:b/>
        </w:rPr>
        <w:t>健康评估</w:t>
      </w:r>
      <w:r>
        <w:t>；或首页驾驶舱健康 Tab → 点击风场名称。</w:t>
      </w:r>
    </w:p>
    <w:p>
      <w:pPr>
        <w:pStyle w:val="Heading3"/>
      </w:pPr>
      <w:r>
        <w:t>4.1 页面整体布局</w:t>
      </w:r>
    </w:p>
    <w:p>
      <w:r>
        <w:t>进入健康评估模块后，页面自上而下分为三个区域：</w:t>
      </w:r>
    </w:p>
    <w:tbl>
      <w:tblPr>
        <w:tblStyle w:val="TableGrid"/>
        <w:tblW w:type="auto" w:w="0"/>
        <w:tblLook w:firstColumn="1" w:firstRow="1" w:lastColumn="0" w:lastRow="0" w:noHBand="0" w:noVBand="1" w:val="04A0"/>
      </w:tblPr>
      <w:tblGrid>
        <w:gridCol w:w="4320"/>
        <w:gridCol w:w="4320"/>
      </w:tblGrid>
      <w:tr>
        <w:tc>
          <w:tcPr>
            <w:tcW w:type="dxa" w:w="4320"/>
          </w:tcPr>
          <w:p>
            <w:r/>
            <w:r>
              <w:t>区域</w:t>
            </w:r>
          </w:p>
        </w:tc>
        <w:tc>
          <w:tcPr>
            <w:tcW w:type="dxa" w:w="4320"/>
          </w:tcPr>
          <w:p>
            <w:r/>
            <w:r>
              <w:t>内容</w:t>
            </w:r>
          </w:p>
        </w:tc>
      </w:tr>
      <w:tr>
        <w:tc>
          <w:tcPr>
            <w:tcW w:type="dxa" w:w="4320"/>
          </w:tcPr>
          <w:p>
            <w:r/>
            <w:r>
              <w:t>顶部查询栏</w:t>
            </w:r>
          </w:p>
        </w:tc>
        <w:tc>
          <w:tcPr>
            <w:tcW w:type="dxa" w:w="4320"/>
          </w:tcPr>
          <w:p>
            <w:r/>
            <w:r>
              <w:t>风场选择、分析日期（固定显示在页面顶部工具区）</w:t>
            </w:r>
          </w:p>
        </w:tc>
      </w:tr>
      <w:tr>
        <w:tc>
          <w:tcPr>
            <w:tcW w:type="dxa" w:w="4320"/>
          </w:tcPr>
          <w:p>
            <w:r/>
            <w:r>
              <w:t>上部概览区</w:t>
            </w:r>
          </w:p>
        </w:tc>
        <w:tc>
          <w:tcPr>
            <w:tcW w:type="dxa" w:w="4320"/>
          </w:tcPr>
          <w:p>
            <w:r/>
            <w:r>
              <w:t>全场健康度、子系统健康度、健康/预警排行榜（三列布局，窄屏下自动折行）</w:t>
            </w:r>
          </w:p>
        </w:tc>
      </w:tr>
      <w:tr>
        <w:tc>
          <w:tcPr>
            <w:tcW w:type="dxa" w:w="4320"/>
          </w:tcPr>
          <w:p>
            <w:r/>
            <w:r>
              <w:t>下部列表区</w:t>
            </w:r>
          </w:p>
        </w:tc>
        <w:tc>
          <w:tcPr>
            <w:tcW w:type="dxa" w:w="4320"/>
          </w:tcPr>
          <w:p>
            <w:r/>
            <w:r>
              <w:t>风机列表标题、筛选/排序工具栏、风机卡片网格</w:t>
            </w:r>
          </w:p>
        </w:tc>
      </w:tr>
    </w:tbl>
    <w:p/>
    <w:p>
      <w:r>
        <w:t>页面加载数据时，中央显示加载动画；加载完成后各图表与列表同步展示。</w:t>
      </w:r>
    </w:p>
    <w:p>
      <w:pPr>
        <w:pStyle w:val="Heading3"/>
      </w:pPr>
      <w:r>
        <w:t>4.2 查询条件设置</w:t>
      </w:r>
    </w:p>
    <w:p>
      <w:r>
        <w:t xml:space="preserve">查询条件位于 </w:t>
      </w:r>
      <w:r>
        <w:rPr>
          <w:b/>
        </w:rPr>
        <w:t>页面顶部工具栏</w:t>
      </w:r>
      <w:r>
        <w:t>（页面标题右侧区域）：</w:t>
      </w:r>
    </w:p>
    <w:tbl>
      <w:tblPr>
        <w:tblStyle w:val="TableGrid"/>
        <w:tblW w:type="auto" w:w="0"/>
        <w:tblLook w:firstColumn="1" w:firstRow="1" w:lastColumn="0" w:lastRow="0" w:noHBand="0" w:noVBand="1" w:val="04A0"/>
      </w:tblPr>
      <w:tblGrid>
        <w:gridCol w:w="2880"/>
        <w:gridCol w:w="2880"/>
        <w:gridCol w:w="2880"/>
      </w:tblGrid>
      <w:tr>
        <w:tc>
          <w:tcPr>
            <w:tcW w:type="dxa" w:w="2880"/>
          </w:tcPr>
          <w:p>
            <w:r/>
            <w:r>
              <w:t>控件</w:t>
            </w:r>
          </w:p>
        </w:tc>
        <w:tc>
          <w:tcPr>
            <w:tcW w:type="dxa" w:w="2880"/>
          </w:tcPr>
          <w:p>
            <w:r/>
            <w:r>
              <w:t>操作步骤</w:t>
            </w:r>
          </w:p>
        </w:tc>
        <w:tc>
          <w:tcPr>
            <w:tcW w:type="dxa" w:w="2880"/>
          </w:tcPr>
          <w:p>
            <w:r/>
            <w:r>
              <w:t>说明</w:t>
            </w:r>
          </w:p>
        </w:tc>
      </w:tr>
      <w:tr>
        <w:tc>
          <w:tcPr>
            <w:tcW w:type="dxa" w:w="2880"/>
          </w:tcPr>
          <w:p>
            <w:r/>
            <w:r>
              <w:t>风场选择</w:t>
            </w:r>
          </w:p>
        </w:tc>
        <w:tc>
          <w:tcPr>
            <w:tcW w:type="dxa" w:w="2880"/>
          </w:tcPr>
          <w:p>
            <w:r/>
            <w:r>
              <w:t>① 点击风场下拉框 → ② 在组织树中选择目标风场</w:t>
            </w:r>
          </w:p>
        </w:tc>
        <w:tc>
          <w:tcPr>
            <w:tcW w:type="dxa" w:w="2880"/>
          </w:tcPr>
          <w:p>
            <w:r/>
            <w:r>
              <w:t>支持关键字搜索过滤；仅可选择有权限的风场节点</w:t>
            </w:r>
          </w:p>
        </w:tc>
      </w:tr>
      <w:tr>
        <w:tc>
          <w:tcPr>
            <w:tcW w:type="dxa" w:w="2880"/>
          </w:tcPr>
          <w:p>
            <w:r/>
            <w:r>
              <w:t>时间</w:t>
            </w:r>
          </w:p>
        </w:tc>
        <w:tc>
          <w:tcPr>
            <w:tcW w:type="dxa" w:w="2880"/>
          </w:tcPr>
          <w:p>
            <w:r/>
            <w:r>
              <w:t>① 点击日期选择器 → ② 选择分析日期</w:t>
            </w:r>
          </w:p>
        </w:tc>
        <w:tc>
          <w:tcPr>
            <w:tcW w:type="dxa" w:w="2880"/>
          </w:tcPr>
          <w:p>
            <w:r/>
            <w:r>
              <w:t>默认昨日；变更后自动触发全页数据刷新</w:t>
            </w:r>
          </w:p>
        </w:tc>
      </w:tr>
    </w:tbl>
    <w:p/>
    <w:p>
      <w:r>
        <w:rPr>
          <w:b/>
        </w:rPr>
        <w:t>触发刷新规则：</w:t>
      </w:r>
      <w:r>
        <w:t xml:space="preserve"> 风场或日期任一条件变更后，系统自动重新请求数据，无需手动点击查询按钮。</w:t>
      </w:r>
    </w:p>
    <w:p>
      <w:r>
        <w:rPr>
          <w:b/>
        </w:rPr>
        <w:t>从驾驶舱跳转时：</w:t>
      </w:r>
      <w:r>
        <w:t xml:space="preserve"> 风场编码与分析日期已由系统自动回填，页面加载完成后直接展示对应风场数据。</w:t>
      </w:r>
    </w:p>
    <w:p>
      <w:pPr>
        <w:pStyle w:val="Heading3"/>
      </w:pPr>
      <w:r>
        <w:t>4.3 全场健康度面板</w:t>
      </w:r>
    </w:p>
    <w:p>
      <w:r>
        <w:t xml:space="preserve">面板标题为 </w:t>
      </w:r>
      <w:r>
        <w:rPr>
          <w:b/>
        </w:rPr>
        <w:t>「全场健康度」</w:t>
      </w:r>
      <w:r>
        <w:t>，展示当前所选风场的综合健康评估结果。</w:t>
      </w:r>
    </w:p>
    <w:tbl>
      <w:tblPr>
        <w:tblStyle w:val="TableGrid"/>
        <w:tblW w:type="auto" w:w="0"/>
        <w:tblLook w:firstColumn="1" w:firstRow="1" w:lastColumn="0" w:lastRow="0" w:noHBand="0" w:noVBand="1" w:val="04A0"/>
      </w:tblPr>
      <w:tblGrid>
        <w:gridCol w:w="4320"/>
        <w:gridCol w:w="4320"/>
      </w:tblGrid>
      <w:tr>
        <w:tc>
          <w:tcPr>
            <w:tcW w:type="dxa" w:w="4320"/>
          </w:tcPr>
          <w:p>
            <w:r/>
            <w:r>
              <w:t>区域</w:t>
            </w:r>
          </w:p>
        </w:tc>
        <w:tc>
          <w:tcPr>
            <w:tcW w:type="dxa" w:w="4320"/>
          </w:tcPr>
          <w:p>
            <w:r/>
            <w:r>
              <w:t>内容说明</w:t>
            </w:r>
          </w:p>
        </w:tc>
      </w:tr>
      <w:tr>
        <w:tc>
          <w:tcPr>
            <w:tcW w:type="dxa" w:w="4320"/>
          </w:tcPr>
          <w:p>
            <w:r/>
            <w:r>
              <w:t>环形图中心数字</w:t>
            </w:r>
          </w:p>
        </w:tc>
        <w:tc>
          <w:tcPr>
            <w:tcW w:type="dxa" w:w="4320"/>
          </w:tcPr>
          <w:p>
            <w:r/>
            <w:r>
              <w:rPr>
                <w:b/>
              </w:rPr>
              <w:t>综合评分</w:t>
            </w:r>
            <w:r>
              <w:t>，展示接口返回的原始评分数值（支持小数，如 88.44）</w:t>
            </w:r>
          </w:p>
        </w:tc>
      </w:tr>
      <w:tr>
        <w:tc>
          <w:tcPr>
            <w:tcW w:type="dxa" w:w="4320"/>
          </w:tcPr>
          <w:p>
            <w:r/>
            <w:r>
              <w:t>环形图扇区</w:t>
            </w:r>
          </w:p>
        </w:tc>
        <w:tc>
          <w:tcPr>
            <w:tcW w:type="dxa" w:w="4320"/>
          </w:tcPr>
          <w:p>
            <w:r/>
            <w:r>
              <w:t>按优/良/中/差四个等级展示风机台数占比，颜色与等级对应</w:t>
            </w:r>
          </w:p>
        </w:tc>
      </w:tr>
      <w:tr>
        <w:tc>
          <w:tcPr>
            <w:tcW w:type="dxa" w:w="4320"/>
          </w:tcPr>
          <w:p>
            <w:r/>
            <w:r>
              <w:t>底部四格统计</w:t>
            </w:r>
          </w:p>
        </w:tc>
        <w:tc>
          <w:tcPr>
            <w:tcW w:type="dxa" w:w="4320"/>
          </w:tcPr>
          <w:p>
            <w:r/>
            <w:r>
              <w:t xml:space="preserve">分别显示 </w:t>
            </w:r>
            <w:r>
              <w:rPr>
                <w:b/>
              </w:rPr>
              <w:t>优(台)、良(台)、中(台)、差(台)</w:t>
            </w:r>
            <w:r>
              <w:t xml:space="preserve"> 各等级的风机数量</w:t>
            </w:r>
          </w:p>
        </w:tc>
      </w:tr>
    </w:tbl>
    <w:p/>
    <w:p>
      <w:r>
        <w:rPr>
          <w:b/>
        </w:rPr>
        <w:t>交互：</w:t>
      </w:r>
      <w:r>
        <w:t xml:space="preserve"> 鼠标悬停环形图扇区可查看该等级的台数及占比。</w:t>
      </w:r>
    </w:p>
    <w:p>
      <w:pPr>
        <w:pStyle w:val="Heading3"/>
      </w:pPr>
      <w:r>
        <w:t>4.4 子系统健康度图表</w:t>
      </w:r>
    </w:p>
    <w:p>
      <w:r>
        <w:t xml:space="preserve">面板标题为 </w:t>
      </w:r>
      <w:r>
        <w:rPr>
          <w:b/>
        </w:rPr>
        <w:t>「子系统健康度」</w:t>
      </w:r>
      <w:r>
        <w:t>，以柱状图形式展示风场层面的三项子系统评分：</w:t>
      </w:r>
    </w:p>
    <w:tbl>
      <w:tblPr>
        <w:tblStyle w:val="TableGrid"/>
        <w:tblW w:type="auto" w:w="0"/>
        <w:tblLook w:firstColumn="1" w:firstRow="1" w:lastColumn="0" w:lastRow="0" w:noHBand="0" w:noVBand="1" w:val="04A0"/>
      </w:tblPr>
      <w:tblGrid>
        <w:gridCol w:w="4320"/>
        <w:gridCol w:w="4320"/>
      </w:tblGrid>
      <w:tr>
        <w:tc>
          <w:tcPr>
            <w:tcW w:type="dxa" w:w="4320"/>
          </w:tcPr>
          <w:p>
            <w:r/>
            <w:r>
              <w:t>子系统</w:t>
            </w:r>
          </w:p>
        </w:tc>
        <w:tc>
          <w:tcPr>
            <w:tcW w:type="dxa" w:w="4320"/>
          </w:tcPr>
          <w:p>
            <w:r/>
            <w:r>
              <w:t>说明</w:t>
            </w:r>
          </w:p>
        </w:tc>
      </w:tr>
      <w:tr>
        <w:tc>
          <w:tcPr>
            <w:tcW w:type="dxa" w:w="4320"/>
          </w:tcPr>
          <w:p>
            <w:r/>
            <w:r>
              <w:t>结构健康</w:t>
            </w:r>
          </w:p>
        </w:tc>
        <w:tc>
          <w:tcPr>
            <w:tcW w:type="dxa" w:w="4320"/>
          </w:tcPr>
          <w:p>
            <w:r/>
            <w:r>
              <w:t>风场结构类设备健康综合评分</w:t>
            </w:r>
          </w:p>
        </w:tc>
      </w:tr>
      <w:tr>
        <w:tc>
          <w:tcPr>
            <w:tcW w:type="dxa" w:w="4320"/>
          </w:tcPr>
          <w:p>
            <w:r/>
            <w:r>
              <w:t>系统健康</w:t>
            </w:r>
          </w:p>
        </w:tc>
        <w:tc>
          <w:tcPr>
            <w:tcW w:type="dxa" w:w="4320"/>
          </w:tcPr>
          <w:p>
            <w:r/>
            <w:r>
              <w:t>风场系统类设备健康综合评分</w:t>
            </w:r>
          </w:p>
        </w:tc>
      </w:tr>
      <w:tr>
        <w:tc>
          <w:tcPr>
            <w:tcW w:type="dxa" w:w="4320"/>
          </w:tcPr>
          <w:p>
            <w:r/>
            <w:r>
              <w:t>部件健康</w:t>
            </w:r>
          </w:p>
        </w:tc>
        <w:tc>
          <w:tcPr>
            <w:tcW w:type="dxa" w:w="4320"/>
          </w:tcPr>
          <w:p>
            <w:r/>
            <w:r>
              <w:t>风场部件类设备健康综合评分</w:t>
            </w:r>
          </w:p>
        </w:tc>
      </w:tr>
    </w:tbl>
    <w:p/>
    <w:p>
      <w:r>
        <w:rPr>
          <w:b/>
        </w:rPr>
        <w:t>交互：</w:t>
      </w:r>
      <w:r>
        <w:t xml:space="preserve"> 将鼠标悬停在对应柱体上，提示框显示该子系统的具体评分数值（按接口原值展示，不做取整）。</w:t>
      </w:r>
    </w:p>
    <w:p>
      <w:pPr>
        <w:pStyle w:val="Heading3"/>
      </w:pPr>
      <w:r>
        <w:t>4.5 排行榜面板</w:t>
      </w:r>
    </w:p>
    <w:p>
      <w:r>
        <w:t>排行榜面板包含两个独立榜单，均取自当前风场下全部风机的综合评分排名：</w:t>
      </w:r>
    </w:p>
    <w:tbl>
      <w:tblPr>
        <w:tblStyle w:val="TableGrid"/>
        <w:tblW w:type="auto" w:w="0"/>
        <w:tblLook w:firstColumn="1" w:firstRow="1" w:lastColumn="0" w:lastRow="0" w:noHBand="0" w:noVBand="1" w:val="04A0"/>
      </w:tblPr>
      <w:tblGrid>
        <w:gridCol w:w="2880"/>
        <w:gridCol w:w="2880"/>
        <w:gridCol w:w="2880"/>
      </w:tblGrid>
      <w:tr>
        <w:tc>
          <w:tcPr>
            <w:tcW w:type="dxa" w:w="2880"/>
          </w:tcPr>
          <w:p>
            <w:r/>
            <w:r>
              <w:t>榜单名称</w:t>
            </w:r>
          </w:p>
        </w:tc>
        <w:tc>
          <w:tcPr>
            <w:tcW w:type="dxa" w:w="2880"/>
          </w:tcPr>
          <w:p>
            <w:r/>
            <w:r>
              <w:t>排序规则</w:t>
            </w:r>
          </w:p>
        </w:tc>
        <w:tc>
          <w:tcPr>
            <w:tcW w:type="dxa" w:w="2880"/>
          </w:tcPr>
          <w:p>
            <w:r/>
            <w:r>
              <w:t>展示内容</w:t>
            </w:r>
          </w:p>
        </w:tc>
      </w:tr>
      <w:tr>
        <w:tc>
          <w:tcPr>
            <w:tcW w:type="dxa" w:w="2880"/>
          </w:tcPr>
          <w:p>
            <w:r/>
            <w:r>
              <w:t>设备运行健康榜 (Top 5)</w:t>
            </w:r>
          </w:p>
        </w:tc>
        <w:tc>
          <w:tcPr>
            <w:tcW w:type="dxa" w:w="2880"/>
          </w:tcPr>
          <w:p>
            <w:r/>
            <w:r>
              <w:t>综合评分从高到低</w:t>
            </w:r>
          </w:p>
        </w:tc>
        <w:tc>
          <w:tcPr>
            <w:tcW w:type="dxa" w:w="2880"/>
          </w:tcPr>
          <w:p>
            <w:r/>
            <w:r>
              <w:t>评分最高的 5 台风机名称及评分</w:t>
            </w:r>
          </w:p>
        </w:tc>
      </w:tr>
      <w:tr>
        <w:tc>
          <w:tcPr>
            <w:tcW w:type="dxa" w:w="2880"/>
          </w:tcPr>
          <w:p>
            <w:r/>
            <w:r>
              <w:t>设备异常预警榜 (Top 5)</w:t>
            </w:r>
          </w:p>
        </w:tc>
        <w:tc>
          <w:tcPr>
            <w:tcW w:type="dxa" w:w="2880"/>
          </w:tcPr>
          <w:p>
            <w:r/>
            <w:r>
              <w:t>综合评分从低到高</w:t>
            </w:r>
          </w:p>
        </w:tc>
        <w:tc>
          <w:tcPr>
            <w:tcW w:type="dxa" w:w="2880"/>
          </w:tcPr>
          <w:p>
            <w:r/>
            <w:r>
              <w:t>评分最低的 5 台风机名称及评分（低分机组以警示色标识）</w:t>
            </w:r>
          </w:p>
        </w:tc>
      </w:tr>
    </w:tbl>
    <w:p/>
    <w:p>
      <w:r>
        <w:rPr>
          <w:b/>
        </w:rPr>
        <w:t>说明：</w:t>
      </w:r>
      <w:r>
        <w:t xml:space="preserve"> 两个榜单均支持自动轮播滚动；当榜单条目超出可视区域时，列表会自动向上滚动切换显示。</w:t>
      </w:r>
    </w:p>
    <w:p>
      <w:pPr>
        <w:pStyle w:val="Heading3"/>
      </w:pPr>
      <w:r>
        <w:t>4.6 风机列表</w:t>
      </w:r>
    </w:p>
    <w:p>
      <w:pPr>
        <w:pStyle w:val="Heading4"/>
      </w:pPr>
      <w:r>
        <w:t>4.6.1 列表工具栏</w:t>
      </w:r>
    </w:p>
    <w:p>
      <w:r>
        <w:t xml:space="preserve">列表标题为 </w:t>
      </w:r>
      <w:r>
        <w:rPr>
          <w:b/>
        </w:rPr>
        <w:t>「风机列表」</w:t>
      </w:r>
      <w:r>
        <w:t>，右侧提供筛选与排序工具：</w:t>
      </w:r>
    </w:p>
    <w:p>
      <w:r>
        <w:rPr>
          <w:b/>
        </w:rPr>
        <w:t>筛选（按健康等级）：</w:t>
      </w:r>
    </w:p>
    <w:tbl>
      <w:tblPr>
        <w:tblStyle w:val="TableGrid"/>
        <w:tblW w:type="auto" w:w="0"/>
        <w:tblLook w:firstColumn="1" w:firstRow="1" w:lastColumn="0" w:lastRow="0" w:noHBand="0" w:noVBand="1" w:val="04A0"/>
      </w:tblPr>
      <w:tblGrid>
        <w:gridCol w:w="4320"/>
        <w:gridCol w:w="4320"/>
      </w:tblGrid>
      <w:tr>
        <w:tc>
          <w:tcPr>
            <w:tcW w:type="dxa" w:w="4320"/>
          </w:tcPr>
          <w:p>
            <w:r/>
            <w:r>
              <w:t>按钮</w:t>
            </w:r>
          </w:p>
        </w:tc>
        <w:tc>
          <w:tcPr>
            <w:tcW w:type="dxa" w:w="4320"/>
          </w:tcPr>
          <w:p>
            <w:r/>
            <w:r>
              <w:t>筛选范围</w:t>
            </w:r>
          </w:p>
        </w:tc>
      </w:tr>
      <w:tr>
        <w:tc>
          <w:tcPr>
            <w:tcW w:type="dxa" w:w="4320"/>
          </w:tcPr>
          <w:p>
            <w:r/>
            <w:r>
              <w:t>全部</w:t>
            </w:r>
          </w:p>
        </w:tc>
        <w:tc>
          <w:tcPr>
            <w:tcW w:type="dxa" w:w="4320"/>
          </w:tcPr>
          <w:p>
            <w:r/>
            <w:r>
              <w:t>显示风场下所有风机（默认）</w:t>
            </w:r>
          </w:p>
        </w:tc>
      </w:tr>
      <w:tr>
        <w:tc>
          <w:tcPr>
            <w:tcW w:type="dxa" w:w="4320"/>
          </w:tcPr>
          <w:p>
            <w:r/>
            <w:r>
              <w:t>优 (90,100)</w:t>
            </w:r>
          </w:p>
        </w:tc>
        <w:tc>
          <w:tcPr>
            <w:tcW w:type="dxa" w:w="4320"/>
          </w:tcPr>
          <w:p>
            <w:r/>
            <w:r>
              <w:t>仅显示综合评分 ≥ 90 的风机</w:t>
            </w:r>
          </w:p>
        </w:tc>
      </w:tr>
      <w:tr>
        <w:tc>
          <w:tcPr>
            <w:tcW w:type="dxa" w:w="4320"/>
          </w:tcPr>
          <w:p>
            <w:r/>
            <w:r>
              <w:t>良 (70,90)</w:t>
            </w:r>
          </w:p>
        </w:tc>
        <w:tc>
          <w:tcPr>
            <w:tcW w:type="dxa" w:w="4320"/>
          </w:tcPr>
          <w:p>
            <w:r/>
            <w:r>
              <w:t>仅显示综合评分在 [70, 90) 的风机</w:t>
            </w:r>
          </w:p>
        </w:tc>
      </w:tr>
      <w:tr>
        <w:tc>
          <w:tcPr>
            <w:tcW w:type="dxa" w:w="4320"/>
          </w:tcPr>
          <w:p>
            <w:r/>
            <w:r>
              <w:t>中 (50,70)</w:t>
            </w:r>
          </w:p>
        </w:tc>
        <w:tc>
          <w:tcPr>
            <w:tcW w:type="dxa" w:w="4320"/>
          </w:tcPr>
          <w:p>
            <w:r/>
            <w:r>
              <w:t>仅显示综合评分在 [50, 70) 的风机</w:t>
            </w:r>
          </w:p>
        </w:tc>
      </w:tr>
      <w:tr>
        <w:tc>
          <w:tcPr>
            <w:tcW w:type="dxa" w:w="4320"/>
          </w:tcPr>
          <w:p>
            <w:r/>
            <w:r>
              <w:t>差 (0,50)</w:t>
            </w:r>
          </w:p>
        </w:tc>
        <w:tc>
          <w:tcPr>
            <w:tcW w:type="dxa" w:w="4320"/>
          </w:tcPr>
          <w:p>
            <w:r/>
            <w:r>
              <w:t>仅显示综合评分在 (0, 50) 的风机</w:t>
            </w:r>
          </w:p>
        </w:tc>
      </w:tr>
    </w:tbl>
    <w:p/>
    <w:p>
      <w:r>
        <w:t xml:space="preserve">当前选中的筛选按钮以高亮边框标识。若筛选后无符合条件的风机，列表区域显示 </w:t>
      </w:r>
      <w:r>
        <w:rPr>
          <w:b/>
        </w:rPr>
        <w:t>「暂无符合条件的风机」</w:t>
      </w:r>
      <w:r>
        <w:t>。</w:t>
      </w:r>
    </w:p>
    <w:p>
      <w:r>
        <w:rPr>
          <w:b/>
        </w:rPr>
        <w:t>排序（按综合评分）：</w:t>
      </w:r>
    </w:p>
    <w:tbl>
      <w:tblPr>
        <w:tblStyle w:val="TableGrid"/>
        <w:tblW w:type="auto" w:w="0"/>
        <w:tblLook w:firstColumn="1" w:firstRow="1" w:lastColumn="0" w:lastRow="0" w:noHBand="0" w:noVBand="1" w:val="04A0"/>
      </w:tblPr>
      <w:tblGrid>
        <w:gridCol w:w="4320"/>
        <w:gridCol w:w="4320"/>
      </w:tblGrid>
      <w:tr>
        <w:tc>
          <w:tcPr>
            <w:tcW w:type="dxa" w:w="4320"/>
          </w:tcPr>
          <w:p>
            <w:r/>
            <w:r>
              <w:t>按钮</w:t>
            </w:r>
          </w:p>
        </w:tc>
        <w:tc>
          <w:tcPr>
            <w:tcW w:type="dxa" w:w="4320"/>
          </w:tcPr>
          <w:p>
            <w:r/>
            <w:r>
              <w:t>排序方式</w:t>
            </w:r>
          </w:p>
        </w:tc>
      </w:tr>
      <w:tr>
        <w:tc>
          <w:tcPr>
            <w:tcW w:type="dxa" w:w="4320"/>
          </w:tcPr>
          <w:p>
            <w:r/>
            <w:r>
              <w:t>评分从高到低</w:t>
            </w:r>
          </w:p>
        </w:tc>
        <w:tc>
          <w:tcPr>
            <w:tcW w:type="dxa" w:w="4320"/>
          </w:tcPr>
          <w:p>
            <w:r/>
            <w:r>
              <w:t>综合评分降序（默认选中）</w:t>
            </w:r>
          </w:p>
        </w:tc>
      </w:tr>
      <w:tr>
        <w:tc>
          <w:tcPr>
            <w:tcW w:type="dxa" w:w="4320"/>
          </w:tcPr>
          <w:p>
            <w:r/>
            <w:r>
              <w:t>评分从低到高</w:t>
            </w:r>
          </w:p>
        </w:tc>
        <w:tc>
          <w:tcPr>
            <w:tcW w:type="dxa" w:w="4320"/>
          </w:tcPr>
          <w:p>
            <w:r/>
            <w:r>
              <w:t>综合评分升序</w:t>
            </w:r>
          </w:p>
        </w:tc>
      </w:tr>
    </w:tbl>
    <w:p/>
    <w:p>
      <w:pPr>
        <w:pStyle w:val="Heading4"/>
      </w:pPr>
      <w:r>
        <w:t>4.6.2 风机卡片说明</w:t>
      </w:r>
    </w:p>
    <w:p>
      <w:r>
        <w:t>每张风机卡片包含以下信息：</w:t>
      </w:r>
    </w:p>
    <w:tbl>
      <w:tblPr>
        <w:tblStyle w:val="TableGrid"/>
        <w:tblW w:type="auto" w:w="0"/>
        <w:tblLook w:firstColumn="1" w:firstRow="1" w:lastColumn="0" w:lastRow="0" w:noHBand="0" w:noVBand="1" w:val="04A0"/>
      </w:tblPr>
      <w:tblGrid>
        <w:gridCol w:w="4320"/>
        <w:gridCol w:w="4320"/>
      </w:tblGrid>
      <w:tr>
        <w:tc>
          <w:tcPr>
            <w:tcW w:type="dxa" w:w="4320"/>
          </w:tcPr>
          <w:p>
            <w:r/>
            <w:r>
              <w:t>信息项</w:t>
            </w:r>
          </w:p>
        </w:tc>
        <w:tc>
          <w:tcPr>
            <w:tcW w:type="dxa" w:w="4320"/>
          </w:tcPr>
          <w:p>
            <w:r/>
            <w:r>
              <w:t>说明</w:t>
            </w:r>
          </w:p>
        </w:tc>
      </w:tr>
      <w:tr>
        <w:tc>
          <w:tcPr>
            <w:tcW w:type="dxa" w:w="4320"/>
          </w:tcPr>
          <w:p>
            <w:r/>
            <w:r>
              <w:t>风机名称</w:t>
            </w:r>
          </w:p>
        </w:tc>
        <w:tc>
          <w:tcPr>
            <w:tcW w:type="dxa" w:w="4320"/>
          </w:tcPr>
          <w:p>
            <w:r/>
            <w:r>
              <w:t>机组名称，过长时自动截断显示</w:t>
            </w:r>
          </w:p>
        </w:tc>
      </w:tr>
      <w:tr>
        <w:tc>
          <w:tcPr>
            <w:tcW w:type="dxa" w:w="4320"/>
          </w:tcPr>
          <w:p>
            <w:r/>
            <w:r>
              <w:t>型号</w:t>
            </w:r>
          </w:p>
        </w:tc>
        <w:tc>
          <w:tcPr>
            <w:tcW w:type="dxa" w:w="4320"/>
          </w:tcPr>
          <w:p>
            <w:r/>
            <w:r>
              <w:t>风机型号代码</w:t>
            </w:r>
          </w:p>
        </w:tc>
      </w:tr>
      <w:tr>
        <w:tc>
          <w:tcPr>
            <w:tcW w:type="dxa" w:w="4320"/>
          </w:tcPr>
          <w:p>
            <w:r/>
            <w:r>
              <w:t>运行状态标签</w:t>
            </w:r>
          </w:p>
        </w:tc>
        <w:tc>
          <w:tcPr>
            <w:tcW w:type="dxa" w:w="4320"/>
          </w:tcPr>
          <w:p>
            <w:r/>
            <w:r>
              <w:t>根据健康等级显示：运行优 / 运行良 / 运行中 / 故障中</w:t>
            </w:r>
          </w:p>
        </w:tc>
      </w:tr>
      <w:tr>
        <w:tc>
          <w:tcPr>
            <w:tcW w:type="dxa" w:w="4320"/>
          </w:tcPr>
          <w:p>
            <w:r/>
            <w:r>
              <w:t>综合评分</w:t>
            </w:r>
          </w:p>
        </w:tc>
        <w:tc>
          <w:tcPr>
            <w:tcW w:type="dxa" w:w="4320"/>
          </w:tcPr>
          <w:p>
            <w:r/>
            <w:r>
              <w:t>大号数字展示接口原值（支持小数，不做四舍五入），颜色随健康等级变化</w:t>
            </w:r>
          </w:p>
        </w:tc>
      </w:tr>
      <w:tr>
        <w:tc>
          <w:tcPr>
            <w:tcW w:type="dxa" w:w="4320"/>
          </w:tcPr>
          <w:p>
            <w:r/>
            <w:r>
              <w:t>结构健康</w:t>
            </w:r>
          </w:p>
        </w:tc>
        <w:tc>
          <w:tcPr>
            <w:tcW w:type="dxa" w:w="4320"/>
          </w:tcPr>
          <w:p>
            <w:r/>
            <w:r>
              <w:t>接口原值百分比 + 彩色进度条（支持小数）</w:t>
            </w:r>
          </w:p>
        </w:tc>
      </w:tr>
      <w:tr>
        <w:tc>
          <w:tcPr>
            <w:tcW w:type="dxa" w:w="4320"/>
          </w:tcPr>
          <w:p>
            <w:r/>
            <w:r>
              <w:t>系统健康</w:t>
            </w:r>
          </w:p>
        </w:tc>
        <w:tc>
          <w:tcPr>
            <w:tcW w:type="dxa" w:w="4320"/>
          </w:tcPr>
          <w:p>
            <w:r/>
            <w:r>
              <w:t>接口原值百分比 + 彩色进度条（支持小数）</w:t>
            </w:r>
          </w:p>
        </w:tc>
      </w:tr>
      <w:tr>
        <w:tc>
          <w:tcPr>
            <w:tcW w:type="dxa" w:w="4320"/>
          </w:tcPr>
          <w:p>
            <w:r/>
            <w:r>
              <w:t>部件健康</w:t>
            </w:r>
          </w:p>
        </w:tc>
        <w:tc>
          <w:tcPr>
            <w:tcW w:type="dxa" w:w="4320"/>
          </w:tcPr>
          <w:p>
            <w:r/>
            <w:r>
              <w:t>接口原值百分比 + 彩色进度条（支持小数）</w:t>
            </w:r>
          </w:p>
        </w:tc>
      </w:tr>
    </w:tbl>
    <w:p/>
    <w:p>
      <w:r>
        <w:t>进度条颜色规则：优/良为绿色或蓝色，中为黄色，差为红色并带光晕效果。</w:t>
      </w:r>
    </w:p>
    <w:p>
      <w:pPr>
        <w:pStyle w:val="Heading4"/>
      </w:pPr>
      <w:r>
        <w:t>4.6.3 查看机组诊断详情</w:t>
      </w:r>
    </w:p>
    <w:tbl>
      <w:tblPr>
        <w:tblStyle w:val="TableGrid"/>
        <w:tblW w:type="auto" w:w="0"/>
        <w:tblLook w:firstColumn="1" w:firstRow="1" w:lastColumn="0" w:lastRow="0" w:noHBand="0" w:noVBand="1" w:val="04A0"/>
      </w:tblPr>
      <w:tblGrid>
        <w:gridCol w:w="4320"/>
        <w:gridCol w:w="4320"/>
      </w:tblGrid>
      <w:tr>
        <w:tc>
          <w:tcPr>
            <w:tcW w:type="dxa" w:w="4320"/>
          </w:tcPr>
          <w:p>
            <w:r/>
            <w:r>
              <w:t>步骤</w:t>
            </w:r>
          </w:p>
        </w:tc>
        <w:tc>
          <w:tcPr>
            <w:tcW w:type="dxa" w:w="4320"/>
          </w:tcPr>
          <w:p>
            <w:r/>
            <w:r>
              <w:t>操作</w:t>
            </w:r>
          </w:p>
        </w:tc>
      </w:tr>
      <w:tr>
        <w:tc>
          <w:tcPr>
            <w:tcW w:type="dxa" w:w="4320"/>
          </w:tcPr>
          <w:p>
            <w:r/>
            <w:r>
              <w:t>1</w:t>
            </w:r>
          </w:p>
        </w:tc>
        <w:tc>
          <w:tcPr>
            <w:tcW w:type="dxa" w:w="4320"/>
          </w:tcPr>
          <w:p>
            <w:r/>
            <w:r>
              <w:t>在风机列表中找到目标机组卡片</w:t>
            </w:r>
          </w:p>
        </w:tc>
      </w:tr>
      <w:tr>
        <w:tc>
          <w:tcPr>
            <w:tcW w:type="dxa" w:w="4320"/>
          </w:tcPr>
          <w:p>
            <w:r/>
            <w:r>
              <w:t>2</w:t>
            </w:r>
          </w:p>
        </w:tc>
        <w:tc>
          <w:tcPr>
            <w:tcW w:type="dxa" w:w="4320"/>
          </w:tcPr>
          <w:p>
            <w:r/>
            <w:r>
              <w:t xml:space="preserve">点击卡片底部 </w:t>
            </w:r>
            <w:r>
              <w:rPr>
                <w:b/>
              </w:rPr>
              <w:t>「查看诊断详情 →」</w:t>
            </w:r>
            <w:r>
              <w:t xml:space="preserve"> 链接</w:t>
            </w:r>
          </w:p>
        </w:tc>
      </w:tr>
      <w:tr>
        <w:tc>
          <w:tcPr>
            <w:tcW w:type="dxa" w:w="4320"/>
          </w:tcPr>
          <w:p>
            <w:r/>
            <w:r>
              <w:t>3</w:t>
            </w:r>
          </w:p>
        </w:tc>
        <w:tc>
          <w:tcPr>
            <w:tcW w:type="dxa" w:w="4320"/>
          </w:tcPr>
          <w:p>
            <w:r/>
            <w:r>
              <w:t xml:space="preserve">页面右侧滑出 </w:t>
            </w:r>
            <w:r>
              <w:rPr>
                <w:b/>
              </w:rPr>
              <w:t>机组详情抽屉</w:t>
            </w:r>
          </w:p>
        </w:tc>
      </w:tr>
    </w:tbl>
    <w:p/>
    <w:p>
      <w:r>
        <w:rPr>
          <w:b/>
        </w:rPr>
        <w:t>抽屉内容说明：</w:t>
      </w:r>
    </w:p>
    <w:tbl>
      <w:tblPr>
        <w:tblStyle w:val="TableGrid"/>
        <w:tblW w:type="auto" w:w="0"/>
        <w:tblLook w:firstColumn="1" w:firstRow="1" w:lastColumn="0" w:lastRow="0" w:noHBand="0" w:noVBand="1" w:val="04A0"/>
      </w:tblPr>
      <w:tblGrid>
        <w:gridCol w:w="2880"/>
        <w:gridCol w:w="2880"/>
        <w:gridCol w:w="2880"/>
      </w:tblGrid>
      <w:tr>
        <w:tc>
          <w:tcPr>
            <w:tcW w:type="dxa" w:w="2880"/>
          </w:tcPr>
          <w:p>
            <w:r/>
            <w:r>
              <w:t>区块</w:t>
            </w:r>
          </w:p>
        </w:tc>
        <w:tc>
          <w:tcPr>
            <w:tcW w:type="dxa" w:w="2880"/>
          </w:tcPr>
          <w:p>
            <w:r/>
            <w:r>
              <w:t>内容</w:t>
            </w:r>
          </w:p>
        </w:tc>
        <w:tc>
          <w:tcPr>
            <w:tcW w:type="dxa" w:w="2880"/>
          </w:tcPr>
          <w:p>
            <w:r/>
            <w:r>
              <w:t>操作</w:t>
            </w:r>
          </w:p>
        </w:tc>
      </w:tr>
      <w:tr>
        <w:tc>
          <w:tcPr>
            <w:tcW w:type="dxa" w:w="2880"/>
          </w:tcPr>
          <w:p>
            <w:r/>
            <w:r>
              <w:t>综合健康评分仪表盘</w:t>
            </w:r>
          </w:p>
        </w:tc>
        <w:tc>
          <w:tcPr>
            <w:tcW w:type="dxa" w:w="2880"/>
          </w:tcPr>
          <w:p>
            <w:r/>
            <w:r>
              <w:t>半圆形仪表盘展示该风机综合评分</w:t>
            </w:r>
          </w:p>
        </w:tc>
        <w:tc>
          <w:tcPr>
            <w:tcW w:type="dxa" w:w="2880"/>
          </w:tcPr>
          <w:p>
            <w:r/>
            <w:r>
              <w:t>只读展示</w:t>
            </w:r>
          </w:p>
        </w:tc>
      </w:tr>
      <w:tr>
        <w:tc>
          <w:tcPr>
            <w:tcW w:type="dxa" w:w="2880"/>
          </w:tcPr>
          <w:p>
            <w:r/>
            <w:r>
              <w:t>综合健康评分趋势图</w:t>
            </w:r>
          </w:p>
        </w:tc>
        <w:tc>
          <w:tcPr>
            <w:tcW w:type="dxa" w:w="2880"/>
          </w:tcPr>
          <w:p>
            <w:r/>
            <w:r>
              <w:t>该风机综合评分的历史变化折线图</w:t>
            </w:r>
          </w:p>
        </w:tc>
        <w:tc>
          <w:tcPr>
            <w:tcW w:type="dxa" w:w="2880"/>
          </w:tcPr>
          <w:p>
            <w:r/>
            <w:r>
              <w:t xml:space="preserve">可切换 </w:t>
            </w:r>
            <w:r>
              <w:rPr>
                <w:b/>
              </w:rPr>
              <w:t>近 7 天 / 近 30 天 / 近 1 年</w:t>
            </w:r>
          </w:p>
        </w:tc>
      </w:tr>
      <w:tr>
        <w:tc>
          <w:tcPr>
            <w:tcW w:type="dxa" w:w="2880"/>
          </w:tcPr>
          <w:p>
            <w:r/>
            <w:r>
              <w:t>结构健康明细</w:t>
            </w:r>
          </w:p>
        </w:tc>
        <w:tc>
          <w:tcPr>
            <w:tcW w:type="dxa" w:w="2880"/>
          </w:tcPr>
          <w:p>
            <w:r/>
            <w:r>
              <w:t>叶轮、塔筒分项评分、等级标签</w:t>
            </w:r>
          </w:p>
        </w:tc>
        <w:tc>
          <w:tcPr>
            <w:tcW w:type="dxa" w:w="2880"/>
          </w:tcPr>
          <w:p>
            <w:r/>
            <w:r>
              <w:t>只读展示；无评分项显示「/」</w:t>
            </w:r>
          </w:p>
        </w:tc>
      </w:tr>
      <w:tr>
        <w:tc>
          <w:tcPr>
            <w:tcW w:type="dxa" w:w="2880"/>
          </w:tcPr>
          <w:p>
            <w:r/>
            <w:r>
              <w:t>系统健康明细</w:t>
            </w:r>
          </w:p>
        </w:tc>
        <w:tc>
          <w:tcPr>
            <w:tcW w:type="dxa" w:w="2880"/>
          </w:tcPr>
          <w:p>
            <w:r/>
            <w:r>
              <w:t>偏航、变桨、液压、主控系统分项</w:t>
            </w:r>
          </w:p>
        </w:tc>
        <w:tc>
          <w:tcPr>
            <w:tcW w:type="dxa" w:w="2880"/>
          </w:tcPr>
          <w:p>
            <w:r/>
            <w:r>
              <w:t>同上</w:t>
            </w:r>
          </w:p>
        </w:tc>
      </w:tr>
      <w:tr>
        <w:tc>
          <w:tcPr>
            <w:tcW w:type="dxa" w:w="2880"/>
          </w:tcPr>
          <w:p>
            <w:r/>
            <w:r>
              <w:t>部件健康明细</w:t>
            </w:r>
          </w:p>
        </w:tc>
        <w:tc>
          <w:tcPr>
            <w:tcW w:type="dxa" w:w="2880"/>
          </w:tcPr>
          <w:p>
            <w:r/>
            <w:r>
              <w:t>发电机、齿轮箱、主轴、变流器分项</w:t>
            </w:r>
          </w:p>
        </w:tc>
        <w:tc>
          <w:tcPr>
            <w:tcW w:type="dxa" w:w="2880"/>
          </w:tcPr>
          <w:p>
            <w:r/>
            <w:r>
              <w:t>同上</w:t>
            </w:r>
          </w:p>
        </w:tc>
      </w:tr>
      <w:tr>
        <w:tc>
          <w:tcPr>
            <w:tcW w:type="dxa" w:w="2880"/>
          </w:tcPr>
          <w:p>
            <w:r/>
            <w:r>
              <w:t>结构健康趋势图</w:t>
            </w:r>
          </w:p>
        </w:tc>
        <w:tc>
          <w:tcPr>
            <w:tcW w:type="dxa" w:w="2880"/>
          </w:tcPr>
          <w:p>
            <w:r/>
            <w:r>
              <w:t>叶轮、塔筒评分历史趋势</w:t>
            </w:r>
          </w:p>
        </w:tc>
        <w:tc>
          <w:tcPr>
            <w:tcW w:type="dxa" w:w="2880"/>
          </w:tcPr>
          <w:p>
            <w:r/>
            <w:r>
              <w:t>可切换 7/30/365 天</w:t>
            </w:r>
          </w:p>
        </w:tc>
      </w:tr>
      <w:tr>
        <w:tc>
          <w:tcPr>
            <w:tcW w:type="dxa" w:w="2880"/>
          </w:tcPr>
          <w:p>
            <w:r/>
            <w:r>
              <w:t>系统健康趋势图</w:t>
            </w:r>
          </w:p>
        </w:tc>
        <w:tc>
          <w:tcPr>
            <w:tcW w:type="dxa" w:w="2880"/>
          </w:tcPr>
          <w:p>
            <w:r/>
            <w:r>
              <w:t>四大系统评分历史趋势</w:t>
            </w:r>
          </w:p>
        </w:tc>
        <w:tc>
          <w:tcPr>
            <w:tcW w:type="dxa" w:w="2880"/>
          </w:tcPr>
          <w:p>
            <w:r/>
            <w:r>
              <w:t>可切换 7/30/365 天</w:t>
            </w:r>
          </w:p>
        </w:tc>
      </w:tr>
      <w:tr>
        <w:tc>
          <w:tcPr>
            <w:tcW w:type="dxa" w:w="2880"/>
          </w:tcPr>
          <w:p>
            <w:r/>
            <w:r>
              <w:t>部件健康趋势图</w:t>
            </w:r>
          </w:p>
        </w:tc>
        <w:tc>
          <w:tcPr>
            <w:tcW w:type="dxa" w:w="2880"/>
          </w:tcPr>
          <w:p>
            <w:r/>
            <w:r>
              <w:t>四大部件评分历史趋势</w:t>
            </w:r>
          </w:p>
        </w:tc>
        <w:tc>
          <w:tcPr>
            <w:tcW w:type="dxa" w:w="2880"/>
          </w:tcPr>
          <w:p>
            <w:r/>
            <w:r>
              <w:t>可切换 7/30/365 天</w:t>
            </w:r>
          </w:p>
        </w:tc>
      </w:tr>
    </w:tbl>
    <w:p/>
    <w:p>
      <w:r>
        <w:rPr>
          <w:b/>
        </w:rPr>
        <w:t>关闭抽屉：</w:t>
      </w:r>
      <w:r>
        <w:t xml:space="preserve"> 点击抽屉右上角 </w:t>
      </w:r>
      <w:r>
        <w:rPr>
          <w:b/>
        </w:rPr>
        <w:t>×</w:t>
      </w:r>
      <w:r>
        <w:t xml:space="preserve"> 关闭按钮，或点击抽屉外侧遮罩层。</w:t>
      </w:r>
    </w:p>
    <w:p>
      <w:r>
        <w:rPr>
          <w:b/>
        </w:rPr>
        <w:t>补充说明：</w:t>
      </w:r>
      <w:r>
        <w:t xml:space="preserve"> 分项名称旁出现 </w:t>
      </w:r>
      <w:r>
        <w:rPr>
          <w:b/>
        </w:rPr>
        <w:t>问号图标</w:t>
      </w:r>
      <w:r>
        <w:t xml:space="preserve"> 时，表示该分项未达到评估标准，悬停可查看提示「未达到评估标准」。</w:t>
      </w:r>
    </w:p>
    <w:p/>
    <w:p>
      <w:pPr>
        <w:pStyle w:val="Heading2"/>
      </w:pPr>
      <w:r>
        <w:t>5. 尾流分析模块操作说明</w:t>
      </w:r>
    </w:p>
    <w:p>
      <w:r>
        <w:rPr>
          <w:b/>
        </w:rPr>
        <w:t>入口路径：</w:t>
      </w:r>
      <w:r>
        <w:t xml:space="preserve"> 左侧菜单 → </w:t>
      </w:r>
      <w:r>
        <w:rPr>
          <w:b/>
        </w:rPr>
        <w:t>尾流分析（风资源尾流）</w:t>
      </w:r>
      <w:r>
        <w:t>。</w:t>
      </w:r>
    </w:p>
    <w:p>
      <w:pPr>
        <w:pStyle w:val="Heading3"/>
      </w:pPr>
      <w:r>
        <w:t>5.1 页面整体布局</w:t>
      </w:r>
    </w:p>
    <w:p>
      <w:r>
        <w:t>尾流分析页面自上而下分为：</w:t>
      </w:r>
    </w:p>
    <w:tbl>
      <w:tblPr>
        <w:tblStyle w:val="TableGrid"/>
        <w:tblW w:type="auto" w:w="0"/>
        <w:tblLook w:firstColumn="1" w:firstRow="1" w:lastColumn="0" w:lastRow="0" w:noHBand="0" w:noVBand="1" w:val="04A0"/>
      </w:tblPr>
      <w:tblGrid>
        <w:gridCol w:w="4320"/>
        <w:gridCol w:w="4320"/>
      </w:tblGrid>
      <w:tr>
        <w:tc>
          <w:tcPr>
            <w:tcW w:type="dxa" w:w="4320"/>
          </w:tcPr>
          <w:p>
            <w:r/>
            <w:r>
              <w:t>区域</w:t>
            </w:r>
          </w:p>
        </w:tc>
        <w:tc>
          <w:tcPr>
            <w:tcW w:type="dxa" w:w="4320"/>
          </w:tcPr>
          <w:p>
            <w:r/>
            <w:r>
              <w:t>内容</w:t>
            </w:r>
          </w:p>
        </w:tc>
      </w:tr>
      <w:tr>
        <w:tc>
          <w:tcPr>
            <w:tcW w:type="dxa" w:w="4320"/>
          </w:tcPr>
          <w:p>
            <w:r/>
            <w:r>
              <w:t>顶部筛选栏</w:t>
            </w:r>
          </w:p>
        </w:tc>
        <w:tc>
          <w:tcPr>
            <w:tcW w:type="dxa" w:w="4320"/>
          </w:tcPr>
          <w:p>
            <w:r/>
            <w:r>
              <w:t>风场选择、分析日期</w:t>
            </w:r>
          </w:p>
        </w:tc>
      </w:tr>
      <w:tr>
        <w:tc>
          <w:tcPr>
            <w:tcW w:type="dxa" w:w="4320"/>
          </w:tcPr>
          <w:p>
            <w:r/>
            <w:r>
              <w:t>Tab 切换栏</w:t>
            </w:r>
          </w:p>
        </w:tc>
        <w:tc>
          <w:tcPr>
            <w:tcW w:type="dxa" w:w="4320"/>
          </w:tcPr>
          <w:p>
            <w:r/>
            <w:r>
              <w:t>「资源概览」/「尾流情况」两个 Tab</w:t>
            </w:r>
          </w:p>
        </w:tc>
      </w:tr>
      <w:tr>
        <w:tc>
          <w:tcPr>
            <w:tcW w:type="dxa" w:w="4320"/>
          </w:tcPr>
          <w:p>
            <w:r/>
            <w:r>
              <w:t>内容展示区</w:t>
            </w:r>
          </w:p>
        </w:tc>
        <w:tc>
          <w:tcPr>
            <w:tcW w:type="dxa" w:w="4320"/>
          </w:tcPr>
          <w:p>
            <w:r/>
            <w:r>
              <w:t>根据当前 Tab 展示对应图表与表格</w:t>
            </w:r>
          </w:p>
        </w:tc>
      </w:tr>
    </w:tbl>
    <w:p/>
    <w:p>
      <w:pPr>
        <w:pStyle w:val="Heading3"/>
      </w:pPr>
      <w:r>
        <w:t>5.2 查询条件设置</w:t>
      </w:r>
    </w:p>
    <w:tbl>
      <w:tblPr>
        <w:tblStyle w:val="TableGrid"/>
        <w:tblW w:type="auto" w:w="0"/>
        <w:tblLook w:firstColumn="1" w:firstRow="1" w:lastColumn="0" w:lastRow="0" w:noHBand="0" w:noVBand="1" w:val="04A0"/>
      </w:tblPr>
      <w:tblGrid>
        <w:gridCol w:w="2880"/>
        <w:gridCol w:w="2880"/>
        <w:gridCol w:w="2880"/>
      </w:tblGrid>
      <w:tr>
        <w:tc>
          <w:tcPr>
            <w:tcW w:type="dxa" w:w="2880"/>
          </w:tcPr>
          <w:p>
            <w:r/>
            <w:r>
              <w:t>控件</w:t>
            </w:r>
          </w:p>
        </w:tc>
        <w:tc>
          <w:tcPr>
            <w:tcW w:type="dxa" w:w="2880"/>
          </w:tcPr>
          <w:p>
            <w:r/>
            <w:r>
              <w:t>操作步骤</w:t>
            </w:r>
          </w:p>
        </w:tc>
        <w:tc>
          <w:tcPr>
            <w:tcW w:type="dxa" w:w="2880"/>
          </w:tcPr>
          <w:p>
            <w:r/>
            <w:r>
              <w:t>说明</w:t>
            </w:r>
          </w:p>
        </w:tc>
      </w:tr>
      <w:tr>
        <w:tc>
          <w:tcPr>
            <w:tcW w:type="dxa" w:w="2880"/>
          </w:tcPr>
          <w:p>
            <w:r/>
            <w:r>
              <w:t>风场</w:t>
            </w:r>
          </w:p>
        </w:tc>
        <w:tc>
          <w:tcPr>
            <w:tcW w:type="dxa" w:w="2880"/>
          </w:tcPr>
          <w:p>
            <w:r/>
            <w:r>
              <w:t>① 点击风场下拉框 → ② 在组织树中选择风场</w:t>
            </w:r>
          </w:p>
        </w:tc>
        <w:tc>
          <w:tcPr>
            <w:tcW w:type="dxa" w:w="2880"/>
          </w:tcPr>
          <w:p>
            <w:r/>
            <w:r>
              <w:t>支持关键字搜索；选择后自动加载该风场数据</w:t>
            </w:r>
          </w:p>
        </w:tc>
      </w:tr>
      <w:tr>
        <w:tc>
          <w:tcPr>
            <w:tcW w:type="dxa" w:w="2880"/>
          </w:tcPr>
          <w:p>
            <w:r/>
            <w:r>
              <w:t>时间</w:t>
            </w:r>
          </w:p>
        </w:tc>
        <w:tc>
          <w:tcPr>
            <w:tcW w:type="dxa" w:w="2880"/>
          </w:tcPr>
          <w:p>
            <w:r/>
            <w:r>
              <w:t>① 点击日期选择器 → ② 选择分析日期</w:t>
            </w:r>
          </w:p>
        </w:tc>
        <w:tc>
          <w:tcPr>
            <w:tcW w:type="dxa" w:w="2880"/>
          </w:tcPr>
          <w:p>
            <w:r/>
            <w:r>
              <w:t>默认昨日；变更后自动刷新当前 Tab 内容</w:t>
            </w:r>
          </w:p>
        </w:tc>
      </w:tr>
    </w:tbl>
    <w:p/>
    <w:p>
      <w:r>
        <w:rPr>
          <w:b/>
        </w:rPr>
        <w:t>说明：</w:t>
      </w:r>
      <w:r>
        <w:t xml:space="preserve"> 须先选择风场，页面才会发起数据请求；未选择风场时内容区为空。</w:t>
      </w:r>
    </w:p>
    <w:p>
      <w:pPr>
        <w:pStyle w:val="Heading3"/>
      </w:pPr>
      <w:r>
        <w:t>5.3 Tab 切换</w:t>
      </w:r>
    </w:p>
    <w:tbl>
      <w:tblPr>
        <w:tblStyle w:val="TableGrid"/>
        <w:tblW w:type="auto" w:w="0"/>
        <w:tblLook w:firstColumn="1" w:firstRow="1" w:lastColumn="0" w:lastRow="0" w:noHBand="0" w:noVBand="1" w:val="04A0"/>
      </w:tblPr>
      <w:tblGrid>
        <w:gridCol w:w="4320"/>
        <w:gridCol w:w="4320"/>
      </w:tblGrid>
      <w:tr>
        <w:tc>
          <w:tcPr>
            <w:tcW w:type="dxa" w:w="4320"/>
          </w:tcPr>
          <w:p>
            <w:r/>
            <w:r>
              <w:t>Tab 名称</w:t>
            </w:r>
          </w:p>
        </w:tc>
        <w:tc>
          <w:tcPr>
            <w:tcW w:type="dxa" w:w="4320"/>
          </w:tcPr>
          <w:p>
            <w:r/>
            <w:r>
              <w:t>功能概述</w:t>
            </w:r>
          </w:p>
        </w:tc>
      </w:tr>
      <w:tr>
        <w:tc>
          <w:tcPr>
            <w:tcW w:type="dxa" w:w="4320"/>
          </w:tcPr>
          <w:p>
            <w:r/>
            <w:r>
              <w:t>资源概览</w:t>
            </w:r>
          </w:p>
        </w:tc>
        <w:tc>
          <w:tcPr>
            <w:tcW w:type="dxa" w:w="4320"/>
          </w:tcPr>
          <w:p>
            <w:r/>
            <w:r>
              <w:t>展示风场内各机组的风速概率分布及风向玫瑰图</w:t>
            </w:r>
          </w:p>
        </w:tc>
      </w:tr>
      <w:tr>
        <w:tc>
          <w:tcPr>
            <w:tcW w:type="dxa" w:w="4320"/>
          </w:tcPr>
          <w:p>
            <w:r/>
            <w:r>
              <w:t>尾流情况</w:t>
            </w:r>
          </w:p>
        </w:tc>
        <w:tc>
          <w:tcPr>
            <w:tcW w:type="dxa" w:w="4320"/>
          </w:tcPr>
          <w:p>
            <w:r/>
            <w:r>
              <w:t>展示尾流速度亏损分布、置信度散点图、柱状对比及明细表</w:t>
            </w:r>
          </w:p>
        </w:tc>
      </w:tr>
    </w:tbl>
    <w:p/>
    <w:p>
      <w:r>
        <w:t>点击 Tab 按钮即可切换，当前选中的 Tab 以高亮样式标识。切换后系统自动渲染对应图表。</w:t>
      </w:r>
    </w:p>
    <w:p>
      <w:pPr>
        <w:pStyle w:val="Heading3"/>
      </w:pPr>
      <w:r>
        <w:t>5.4 资源概览 Tab</w:t>
      </w:r>
    </w:p>
    <w:p>
      <w:pPr>
        <w:pStyle w:val="Heading4"/>
      </w:pPr>
      <w:r>
        <w:t>5.4.1 各机组风速分布</w:t>
      </w:r>
    </w:p>
    <w:tbl>
      <w:tblPr>
        <w:tblStyle w:val="TableGrid"/>
        <w:tblW w:type="auto" w:w="0"/>
        <w:tblLook w:firstColumn="1" w:firstRow="1" w:lastColumn="0" w:lastRow="0" w:noHBand="0" w:noVBand="1" w:val="04A0"/>
      </w:tblPr>
      <w:tblGrid>
        <w:gridCol w:w="4320"/>
        <w:gridCol w:w="4320"/>
      </w:tblGrid>
      <w:tr>
        <w:tc>
          <w:tcPr>
            <w:tcW w:type="dxa" w:w="4320"/>
          </w:tcPr>
          <w:p>
            <w:r/>
            <w:r>
              <w:t>项目</w:t>
            </w:r>
          </w:p>
        </w:tc>
        <w:tc>
          <w:tcPr>
            <w:tcW w:type="dxa" w:w="4320"/>
          </w:tcPr>
          <w:p>
            <w:r/>
            <w:r>
              <w:t>说明</w:t>
            </w:r>
          </w:p>
        </w:tc>
      </w:tr>
      <w:tr>
        <w:tc>
          <w:tcPr>
            <w:tcW w:type="dxa" w:w="4320"/>
          </w:tcPr>
          <w:p>
            <w:r/>
            <w:r>
              <w:t>图表类型</w:t>
            </w:r>
          </w:p>
        </w:tc>
        <w:tc>
          <w:tcPr>
            <w:tcW w:type="dxa" w:w="4320"/>
          </w:tcPr>
          <w:p>
            <w:r/>
            <w:r>
              <w:t>多曲线概率密度图</w:t>
            </w:r>
          </w:p>
        </w:tc>
      </w:tr>
      <w:tr>
        <w:tc>
          <w:tcPr>
            <w:tcW w:type="dxa" w:w="4320"/>
          </w:tcPr>
          <w:p>
            <w:r/>
            <w:r>
              <w:t>图表含义</w:t>
            </w:r>
          </w:p>
        </w:tc>
        <w:tc>
          <w:tcPr>
            <w:tcW w:type="dxa" w:w="4320"/>
          </w:tcPr>
          <w:p>
            <w:r/>
            <w:r>
              <w:t>对比展示风场内各机组的风速概率密度分布</w:t>
            </w:r>
          </w:p>
        </w:tc>
      </w:tr>
      <w:tr>
        <w:tc>
          <w:tcPr>
            <w:tcW w:type="dxa" w:w="4320"/>
          </w:tcPr>
          <w:p>
            <w:r/>
            <w:r>
              <w:t>交互</w:t>
            </w:r>
          </w:p>
        </w:tc>
        <w:tc>
          <w:tcPr>
            <w:tcW w:type="dxa" w:w="4320"/>
          </w:tcPr>
          <w:p>
            <w:r/>
            <w:r>
              <w:t xml:space="preserve">鼠标悬停曲线可查看对应 </w:t>
            </w:r>
            <w:r>
              <w:rPr>
                <w:b/>
              </w:rPr>
              <w:t>风速（m/s）</w:t>
            </w:r>
            <w:r>
              <w:t xml:space="preserve"> 及 </w:t>
            </w:r>
            <w:r>
              <w:rPr>
                <w:b/>
              </w:rPr>
              <w:t>概率密度</w:t>
            </w:r>
            <w:r>
              <w:t xml:space="preserve"> 数值</w:t>
            </w:r>
          </w:p>
        </w:tc>
      </w:tr>
      <w:tr>
        <w:tc>
          <w:tcPr>
            <w:tcW w:type="dxa" w:w="4320"/>
          </w:tcPr>
          <w:p>
            <w:r/>
            <w:r>
              <w:t>无数据</w:t>
            </w:r>
          </w:p>
        </w:tc>
        <w:tc>
          <w:tcPr>
            <w:tcW w:type="dxa" w:w="4320"/>
          </w:tcPr>
          <w:p>
            <w:r/>
            <w:r>
              <w:t>显示「暂无风速分布数据」提示文字</w:t>
            </w:r>
          </w:p>
        </w:tc>
      </w:tr>
    </w:tbl>
    <w:p/>
    <w:p>
      <w:pPr>
        <w:pStyle w:val="Heading4"/>
      </w:pPr>
      <w:r>
        <w:t>5.4.2 风向玫瑰图</w:t>
      </w:r>
    </w:p>
    <w:tbl>
      <w:tblPr>
        <w:tblStyle w:val="TableGrid"/>
        <w:tblW w:type="auto" w:w="0"/>
        <w:tblLook w:firstColumn="1" w:firstRow="1" w:lastColumn="0" w:lastRow="0" w:noHBand="0" w:noVBand="1" w:val="04A0"/>
      </w:tblPr>
      <w:tblGrid>
        <w:gridCol w:w="4320"/>
        <w:gridCol w:w="4320"/>
      </w:tblGrid>
      <w:tr>
        <w:tc>
          <w:tcPr>
            <w:tcW w:type="dxa" w:w="4320"/>
          </w:tcPr>
          <w:p>
            <w:r/>
            <w:r>
              <w:t>项目</w:t>
            </w:r>
          </w:p>
        </w:tc>
        <w:tc>
          <w:tcPr>
            <w:tcW w:type="dxa" w:w="4320"/>
          </w:tcPr>
          <w:p>
            <w:r/>
            <w:r>
              <w:t>说明</w:t>
            </w:r>
          </w:p>
        </w:tc>
      </w:tr>
      <w:tr>
        <w:tc>
          <w:tcPr>
            <w:tcW w:type="dxa" w:w="4320"/>
          </w:tcPr>
          <w:p>
            <w:r/>
            <w:r>
              <w:t>布局</w:t>
            </w:r>
          </w:p>
        </w:tc>
        <w:tc>
          <w:tcPr>
            <w:tcW w:type="dxa" w:w="4320"/>
          </w:tcPr>
          <w:p>
            <w:r/>
            <w:r>
              <w:t>按机组分格网格排列，每格带边框；</w:t>
            </w:r>
            <w:r>
              <w:rPr>
                <w:b/>
              </w:rPr>
              <w:t>机组编号显示在玫瑰图下方</w:t>
            </w:r>
          </w:p>
        </w:tc>
      </w:tr>
      <w:tr>
        <w:tc>
          <w:tcPr>
            <w:tcW w:type="dxa" w:w="4320"/>
          </w:tcPr>
          <w:p>
            <w:r/>
            <w:r>
              <w:t>图表含义</w:t>
            </w:r>
          </w:p>
        </w:tc>
        <w:tc>
          <w:tcPr>
            <w:tcW w:type="dxa" w:w="4320"/>
          </w:tcPr>
          <w:p>
            <w:r/>
            <w:r>
              <w:t>展示各机组不同风向、风速段的出现频率（N 为正北方向）</w:t>
            </w:r>
          </w:p>
        </w:tc>
      </w:tr>
      <w:tr>
        <w:tc>
          <w:tcPr>
            <w:tcW w:type="dxa" w:w="4320"/>
          </w:tcPr>
          <w:p>
            <w:r/>
            <w:r>
              <w:t>图例</w:t>
            </w:r>
          </w:p>
        </w:tc>
        <w:tc>
          <w:tcPr>
            <w:tcW w:type="dxa" w:w="4320"/>
          </w:tcPr>
          <w:p>
            <w:r/>
            <w:r>
              <w:t>图表底部以色块标注各风速段及其对应颜色</w:t>
            </w:r>
          </w:p>
        </w:tc>
      </w:tr>
      <w:tr>
        <w:tc>
          <w:tcPr>
            <w:tcW w:type="dxa" w:w="4320"/>
          </w:tcPr>
          <w:p>
            <w:r/>
            <w:r>
              <w:t>无数据</w:t>
            </w:r>
          </w:p>
        </w:tc>
        <w:tc>
          <w:tcPr>
            <w:tcW w:type="dxa" w:w="4320"/>
          </w:tcPr>
          <w:p>
            <w:r/>
            <w:r>
              <w:t>显示「暂无风向玫瑰图数据」提示文字</w:t>
            </w:r>
          </w:p>
        </w:tc>
      </w:tr>
    </w:tbl>
    <w:p/>
    <w:p>
      <w:pPr>
        <w:pStyle w:val="Heading3"/>
      </w:pPr>
      <w:r>
        <w:t>5.5 尾流情况 Tab</w:t>
      </w:r>
    </w:p>
    <w:p>
      <w:pPr>
        <w:pStyle w:val="Heading4"/>
      </w:pPr>
      <w:r>
        <w:t>5.5.1 速度与损失分布</w:t>
      </w:r>
    </w:p>
    <w:p>
      <w:r>
        <w:t xml:space="preserve">页面顶部标题为 </w:t>
      </w:r>
      <w:r>
        <w:rPr>
          <w:b/>
        </w:rPr>
        <w:t>「速度与损失分布」</w:t>
      </w:r>
      <w:r>
        <w:t>，左右并排两张图表：</w:t>
      </w:r>
    </w:p>
    <w:tbl>
      <w:tblPr>
        <w:tblStyle w:val="TableGrid"/>
        <w:tblW w:type="auto" w:w="0"/>
        <w:tblLook w:firstColumn="1" w:firstRow="1" w:lastColumn="0" w:lastRow="0" w:noHBand="0" w:noVBand="1" w:val="04A0"/>
      </w:tblPr>
      <w:tblGrid>
        <w:gridCol w:w="2880"/>
        <w:gridCol w:w="2880"/>
        <w:gridCol w:w="2880"/>
      </w:tblGrid>
      <w:tr>
        <w:tc>
          <w:tcPr>
            <w:tcW w:type="dxa" w:w="2880"/>
          </w:tcPr>
          <w:p>
            <w:r/>
            <w:r>
              <w:t>图表位置</w:t>
            </w:r>
          </w:p>
        </w:tc>
        <w:tc>
          <w:tcPr>
            <w:tcW w:type="dxa" w:w="2880"/>
          </w:tcPr>
          <w:p>
            <w:r/>
            <w:r>
              <w:t>内容</w:t>
            </w:r>
          </w:p>
        </w:tc>
        <w:tc>
          <w:tcPr>
            <w:tcW w:type="dxa" w:w="2880"/>
          </w:tcPr>
          <w:p>
            <w:r/>
            <w:r>
              <w:t>交互</w:t>
            </w:r>
          </w:p>
        </w:tc>
      </w:tr>
      <w:tr>
        <w:tc>
          <w:tcPr>
            <w:tcW w:type="dxa" w:w="2880"/>
          </w:tcPr>
          <w:p>
            <w:r/>
            <w:r>
              <w:t>左侧</w:t>
            </w:r>
          </w:p>
        </w:tc>
        <w:tc>
          <w:tcPr>
            <w:tcW w:type="dxa" w:w="2880"/>
          </w:tcPr>
          <w:p>
            <w:r/>
            <w:r>
              <w:t>尾流速度亏损分布图</w:t>
            </w:r>
          </w:p>
        </w:tc>
        <w:tc>
          <w:tcPr>
            <w:tcW w:type="dxa" w:w="2880"/>
          </w:tcPr>
          <w:p>
            <w:r/>
            <w:r>
              <w:t xml:space="preserve">若为图片形式，点击可 </w:t>
            </w:r>
            <w:r>
              <w:rPr>
                <w:b/>
              </w:rPr>
              <w:t>放大预览</w:t>
            </w:r>
          </w:p>
        </w:tc>
      </w:tr>
      <w:tr>
        <w:tc>
          <w:tcPr>
            <w:tcW w:type="dxa" w:w="2880"/>
          </w:tcPr>
          <w:p>
            <w:r/>
            <w:r>
              <w:t>右侧</w:t>
            </w:r>
          </w:p>
        </w:tc>
        <w:tc>
          <w:tcPr>
            <w:tcW w:type="dxa" w:w="2880"/>
          </w:tcPr>
          <w:p>
            <w:r/>
            <w:r>
              <w:t>尾流损失置信度散点图</w:t>
            </w:r>
          </w:p>
        </w:tc>
        <w:tc>
          <w:tcPr>
            <w:tcW w:type="dxa" w:w="2880"/>
          </w:tcPr>
          <w:p>
            <w:r/>
            <w:r>
              <w:t>鼠标悬停散点可查看速度损耗及置信度数值</w:t>
            </w:r>
          </w:p>
        </w:tc>
      </w:tr>
    </w:tbl>
    <w:p/>
    <w:p>
      <w:pPr>
        <w:pStyle w:val="Heading4"/>
      </w:pPr>
      <w:r>
        <w:t>5.5.2 尾流影响评估</w:t>
      </w:r>
    </w:p>
    <w:p>
      <w:r>
        <w:t xml:space="preserve">标题为 </w:t>
      </w:r>
      <w:r>
        <w:rPr>
          <w:b/>
        </w:rPr>
        <w:t>「尾流影响评估」</w:t>
      </w:r>
      <w:r>
        <w:t>，包含柱状图与明细表：</w:t>
      </w:r>
    </w:p>
    <w:p>
      <w:r>
        <w:rPr>
          <w:b/>
        </w:rPr>
        <w:t>柱状图：</w:t>
      </w:r>
    </w:p>
    <w:p>
      <w:pPr>
        <w:pStyle w:val="ListBullet"/>
      </w:pPr>
      <w:r>
        <w:t xml:space="preserve">两张柱状图采用 </w:t>
      </w:r>
      <w:r>
        <w:rPr>
          <w:b/>
        </w:rPr>
        <w:t>上下单列</w:t>
      </w:r>
      <w:r>
        <w:t xml:space="preserve"> 布局（先尾流速度亏损，后附加湍流强度）；</w:t>
      </w:r>
    </w:p>
    <w:p>
      <w:pPr>
        <w:pStyle w:val="ListBullet"/>
      </w:pPr>
      <w:r>
        <w:t>鼠标悬停柱体可查看具体数值；发电量相关提示以百分比形式展示。</w:t>
      </w:r>
    </w:p>
    <w:p>
      <w:r>
        <w:rPr>
          <w:b/>
        </w:rPr>
        <w:t>明细表工具栏：</w:t>
      </w:r>
    </w:p>
    <w:tbl>
      <w:tblPr>
        <w:tblStyle w:val="TableGrid"/>
        <w:tblW w:type="auto" w:w="0"/>
        <w:tblLook w:firstColumn="1" w:firstRow="1" w:lastColumn="0" w:lastRow="0" w:noHBand="0" w:noVBand="1" w:val="04A0"/>
      </w:tblPr>
      <w:tblGrid>
        <w:gridCol w:w="4320"/>
        <w:gridCol w:w="4320"/>
      </w:tblGrid>
      <w:tr>
        <w:tc>
          <w:tcPr>
            <w:tcW w:type="dxa" w:w="4320"/>
          </w:tcPr>
          <w:p>
            <w:r/>
            <w:r>
              <w:t>控件</w:t>
            </w:r>
          </w:p>
        </w:tc>
        <w:tc>
          <w:tcPr>
            <w:tcW w:type="dxa" w:w="4320"/>
          </w:tcPr>
          <w:p>
            <w:r/>
            <w:r>
              <w:t>说明</w:t>
            </w:r>
          </w:p>
        </w:tc>
      </w:tr>
      <w:tr>
        <w:tc>
          <w:tcPr>
            <w:tcW w:type="dxa" w:w="4320"/>
          </w:tcPr>
          <w:p>
            <w:r/>
            <w:r>
              <w:t>筛选</w:t>
            </w:r>
          </w:p>
        </w:tc>
        <w:tc>
          <w:tcPr>
            <w:tcW w:type="dxa" w:w="4320"/>
          </w:tcPr>
          <w:p>
            <w:r/>
            <w:r>
              <w:t>可按「全部 / 受尾流影响 / 不受尾流影响」过滤表格行</w:t>
            </w:r>
          </w:p>
        </w:tc>
      </w:tr>
    </w:tbl>
    <w:p/>
    <w:p>
      <w:r>
        <w:rPr>
          <w:b/>
        </w:rPr>
        <w:t>明细表字段说明：</w:t>
      </w:r>
    </w:p>
    <w:tbl>
      <w:tblPr>
        <w:tblStyle w:val="TableGrid"/>
        <w:tblW w:type="auto" w:w="0"/>
        <w:tblLook w:firstColumn="1" w:firstRow="1" w:lastColumn="0" w:lastRow="0" w:noHBand="0" w:noVBand="1" w:val="04A0"/>
      </w:tblPr>
      <w:tblGrid>
        <w:gridCol w:w="4320"/>
        <w:gridCol w:w="4320"/>
      </w:tblGrid>
      <w:tr>
        <w:tc>
          <w:tcPr>
            <w:tcW w:type="dxa" w:w="4320"/>
          </w:tcPr>
          <w:p>
            <w:r/>
            <w:r>
              <w:t>列名</w:t>
            </w:r>
          </w:p>
        </w:tc>
        <w:tc>
          <w:tcPr>
            <w:tcW w:type="dxa" w:w="4320"/>
          </w:tcPr>
          <w:p>
            <w:r/>
            <w:r>
              <w:t>说明</w:t>
            </w:r>
          </w:p>
        </w:tc>
      </w:tr>
      <w:tr>
        <w:tc>
          <w:tcPr>
            <w:tcW w:type="dxa" w:w="4320"/>
          </w:tcPr>
          <w:p>
            <w:r/>
            <w:r>
              <w:t>风机名称</w:t>
            </w:r>
          </w:p>
        </w:tc>
        <w:tc>
          <w:tcPr>
            <w:tcW w:type="dxa" w:w="4320"/>
          </w:tcPr>
          <w:p>
            <w:r/>
            <w:r>
              <w:t>机组标识名称；列标题旁有排序按钮</w:t>
            </w:r>
          </w:p>
        </w:tc>
      </w:tr>
      <w:tr>
        <w:tc>
          <w:tcPr>
            <w:tcW w:type="dxa" w:w="4320"/>
          </w:tcPr>
          <w:p>
            <w:r/>
            <w:r>
              <w:t>是否受尾流影响</w:t>
            </w:r>
          </w:p>
        </w:tc>
        <w:tc>
          <w:tcPr>
            <w:tcW w:type="dxa" w:w="4320"/>
          </w:tcPr>
          <w:p>
            <w:r/>
            <w:r>
              <w:t>「是」或「否」，以颜色区分</w:t>
            </w:r>
          </w:p>
        </w:tc>
      </w:tr>
      <w:tr>
        <w:tc>
          <w:tcPr>
            <w:tcW w:type="dxa" w:w="4320"/>
          </w:tcPr>
          <w:p>
            <w:r/>
            <w:r>
              <w:t>附加湍流强度</w:t>
            </w:r>
          </w:p>
        </w:tc>
        <w:tc>
          <w:tcPr>
            <w:tcW w:type="dxa" w:w="4320"/>
          </w:tcPr>
          <w:p>
            <w:r/>
            <w:r>
              <w:t>数值，按阈值高低以不同颜色显示；列标题旁有排序按钮</w:t>
            </w:r>
          </w:p>
        </w:tc>
      </w:tr>
      <w:tr>
        <w:tc>
          <w:tcPr>
            <w:tcW w:type="dxa" w:w="4320"/>
          </w:tcPr>
          <w:p>
            <w:r/>
            <w:r>
              <w:t>尾流速度损耗（m/s）</w:t>
            </w:r>
          </w:p>
        </w:tc>
        <w:tc>
          <w:tcPr>
            <w:tcW w:type="dxa" w:w="4320"/>
          </w:tcPr>
          <w:p>
            <w:r/>
            <w:r>
              <w:t>尾流引起的速度损失值；列标题旁有排序按钮</w:t>
            </w:r>
          </w:p>
        </w:tc>
      </w:tr>
      <w:tr>
        <w:tc>
          <w:tcPr>
            <w:tcW w:type="dxa" w:w="4320"/>
          </w:tcPr>
          <w:p>
            <w:r/>
            <w:r>
              <w:t>置信度</w:t>
            </w:r>
          </w:p>
        </w:tc>
        <w:tc>
          <w:tcPr>
            <w:tcW w:type="dxa" w:w="4320"/>
          </w:tcPr>
          <w:p>
            <w:r/>
            <w:r>
              <w:t>分析结果可信程度（接口原值展示）；列标题旁有排序按钮</w:t>
            </w:r>
          </w:p>
        </w:tc>
      </w:tr>
      <w:tr>
        <w:tc>
          <w:tcPr>
            <w:tcW w:type="dxa" w:w="4320"/>
          </w:tcPr>
          <w:p>
            <w:r/>
            <w:r>
              <w:t>尾流速度亏损分布图</w:t>
            </w:r>
          </w:p>
        </w:tc>
        <w:tc>
          <w:tcPr>
            <w:tcW w:type="dxa" w:w="4320"/>
          </w:tcPr>
          <w:p>
            <w:r/>
            <w:r>
              <w:t>缩略图，</w:t>
            </w:r>
            <w:r>
              <w:rPr>
                <w:b/>
              </w:rPr>
              <w:t>点击可放大预览</w:t>
            </w:r>
            <w:r>
              <w:t>完整分布图</w:t>
            </w:r>
          </w:p>
        </w:tc>
      </w:tr>
    </w:tbl>
    <w:p/>
    <w:p>
      <w:r>
        <w:rPr>
          <w:b/>
        </w:rPr>
        <w:t>表头排序：</w:t>
      </w:r>
    </w:p>
    <w:p>
      <w:pPr>
        <w:pStyle w:val="ListBullet"/>
      </w:pPr>
      <w:r>
        <w:t xml:space="preserve">点击 </w:t>
      </w:r>
      <w:r>
        <w:rPr>
          <w:b/>
        </w:rPr>
        <w:t>风机名称、附加湍流强度、尾流速度损耗（m/s）、置信度</w:t>
      </w:r>
      <w:r>
        <w:t xml:space="preserve"> 列标题旁的排序图标可切换升序/降序；</w:t>
      </w:r>
    </w:p>
    <w:p>
      <w:pPr>
        <w:pStyle w:val="ListBullet"/>
      </w:pPr>
      <w:r>
        <w:t xml:space="preserve">风机名称按 </w:t>
      </w:r>
      <w:r>
        <w:rPr>
          <w:b/>
        </w:rPr>
        <w:t>自然排序</w:t>
      </w:r>
      <w:r>
        <w:t>（如 04、09、12、13 的顺序），非简单字符串排序；</w:t>
      </w:r>
    </w:p>
    <w:p>
      <w:pPr>
        <w:pStyle w:val="ListBullet"/>
      </w:pPr>
      <w:r>
        <w:t>当前排序列图标高亮，再次点击同一列可在升序与降序间切换。</w:t>
      </w:r>
    </w:p>
    <w:p>
      <w:r>
        <w:rPr>
          <w:b/>
        </w:rPr>
        <w:t>分页：</w:t>
      </w:r>
      <w:r>
        <w:t xml:space="preserve"> 表格底部提供首页/上一页/下一页/末页及每页条数选择，可浏览全部机组。</w:t>
      </w:r>
    </w:p>
    <w:p/>
    <w:p>
      <w:pPr>
        <w:pStyle w:val="Heading2"/>
      </w:pPr>
      <w:r>
        <w:t>6. 功能测试验收要点（健康评估）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t>编号</w:t>
            </w:r>
          </w:p>
        </w:tc>
        <w:tc>
          <w:tcPr>
            <w:tcW w:type="dxa" w:w="2160"/>
          </w:tcPr>
          <w:p>
            <w:r/>
            <w:r>
              <w:t>测试项</w:t>
            </w:r>
          </w:p>
        </w:tc>
        <w:tc>
          <w:tcPr>
            <w:tcW w:type="dxa" w:w="2160"/>
          </w:tcPr>
          <w:p>
            <w:r/>
            <w:r>
              <w:t>操作步骤</w:t>
            </w:r>
          </w:p>
        </w:tc>
        <w:tc>
          <w:tcPr>
            <w:tcW w:type="dxa" w:w="2160"/>
          </w:tcPr>
          <w:p>
            <w:r/>
            <w:r>
              <w:t>预期结果</w:t>
            </w:r>
          </w:p>
        </w:tc>
      </w:tr>
      <w:tr>
        <w:tc>
          <w:tcPr>
            <w:tcW w:type="dxa" w:w="2160"/>
          </w:tcPr>
          <w:p>
            <w:r/>
            <w:r>
              <w:t>H-01</w:t>
            </w:r>
          </w:p>
        </w:tc>
        <w:tc>
          <w:tcPr>
            <w:tcW w:type="dxa" w:w="2160"/>
          </w:tcPr>
          <w:p>
            <w:r/>
            <w:r>
              <w:t>驾驶舱风场选择</w:t>
            </w:r>
          </w:p>
        </w:tc>
        <w:tc>
          <w:tcPr>
            <w:tcW w:type="dxa" w:w="2160"/>
          </w:tcPr>
          <w:p>
            <w:r/>
            <w:r>
              <w:t>左侧面板分别选择公司级、风场级节点</w:t>
            </w:r>
          </w:p>
        </w:tc>
        <w:tc>
          <w:tcPr>
            <w:tcW w:type="dxa" w:w="2160"/>
          </w:tcPr>
          <w:p>
            <w:r/>
            <w:r>
              <w:t>地图标记正确更新；健康 Tab 数据同步刷新</w:t>
            </w:r>
          </w:p>
        </w:tc>
      </w:tr>
      <w:tr>
        <w:tc>
          <w:tcPr>
            <w:tcW w:type="dxa" w:w="2160"/>
          </w:tcPr>
          <w:p>
            <w:r/>
            <w:r>
              <w:t>H-02</w:t>
            </w:r>
          </w:p>
        </w:tc>
        <w:tc>
          <w:tcPr>
            <w:tcW w:type="dxa" w:w="2160"/>
          </w:tcPr>
          <w:p>
            <w:r/>
            <w:r>
              <w:t>驾驶舱日期切换</w:t>
            </w:r>
          </w:p>
        </w:tc>
        <w:tc>
          <w:tcPr>
            <w:tcW w:type="dxa" w:w="2160"/>
          </w:tcPr>
          <w:p>
            <w:r/>
            <w:r>
              <w:t>修改日期选择器</w:t>
            </w:r>
          </w:p>
        </w:tc>
        <w:tc>
          <w:tcPr>
            <w:tcW w:type="dxa" w:w="2160"/>
          </w:tcPr>
          <w:p>
            <w:r/>
            <w:r>
              <w:t>健康 Tab 饼图与表格按新日期刷新</w:t>
            </w:r>
          </w:p>
        </w:tc>
      </w:tr>
      <w:tr>
        <w:tc>
          <w:tcPr>
            <w:tcW w:type="dxa" w:w="2160"/>
          </w:tcPr>
          <w:p>
            <w:r/>
            <w:r>
              <w:t>H-03</w:t>
            </w:r>
          </w:p>
        </w:tc>
        <w:tc>
          <w:tcPr>
            <w:tcW w:type="dxa" w:w="2160"/>
          </w:tcPr>
          <w:p>
            <w:r/>
            <w:r>
              <w:t>面板显示开关</w:t>
            </w:r>
          </w:p>
        </w:tc>
        <w:tc>
          <w:tcPr>
            <w:tcW w:type="dxa" w:w="2160"/>
          </w:tcPr>
          <w:p>
            <w:r/>
            <w:r>
              <w:t>切换显示/隐藏</w:t>
            </w:r>
          </w:p>
        </w:tc>
        <w:tc>
          <w:tcPr>
            <w:tcW w:type="dxa" w:w="2160"/>
          </w:tcPr>
          <w:p>
            <w:r/>
            <w:r>
              <w:t>右侧面板正确展开或收起，地图区域相应调整</w:t>
            </w:r>
          </w:p>
        </w:tc>
      </w:tr>
      <w:tr>
        <w:tc>
          <w:tcPr>
            <w:tcW w:type="dxa" w:w="2160"/>
          </w:tcPr>
          <w:p>
            <w:r/>
            <w:r>
              <w:t>H-04</w:t>
            </w:r>
          </w:p>
        </w:tc>
        <w:tc>
          <w:tcPr>
            <w:tcW w:type="dxa" w:w="2160"/>
          </w:tcPr>
          <w:p>
            <w:r/>
            <w:r>
              <w:t>健康 Tab 跳转</w:t>
            </w:r>
          </w:p>
        </w:tc>
        <w:tc>
          <w:tcPr>
            <w:tcW w:type="dxa" w:w="2160"/>
          </w:tcPr>
          <w:p>
            <w:r/>
            <w:r>
              <w:t>点击表格风场名称</w:t>
            </w:r>
          </w:p>
        </w:tc>
        <w:tc>
          <w:tcPr>
            <w:tcW w:type="dxa" w:w="2160"/>
          </w:tcPr>
          <w:p>
            <w:r/>
            <w:r>
              <w:t>跳转健康评估页，风场与日期正确回填</w:t>
            </w:r>
          </w:p>
        </w:tc>
      </w:tr>
      <w:tr>
        <w:tc>
          <w:tcPr>
            <w:tcW w:type="dxa" w:w="2160"/>
          </w:tcPr>
          <w:p>
            <w:r/>
            <w:r>
              <w:t>H-05</w:t>
            </w:r>
          </w:p>
        </w:tc>
        <w:tc>
          <w:tcPr>
            <w:tcW w:type="dxa" w:w="2160"/>
          </w:tcPr>
          <w:p>
            <w:r/>
            <w:r>
              <w:t>左侧菜单进入</w:t>
            </w:r>
          </w:p>
        </w:tc>
        <w:tc>
          <w:tcPr>
            <w:tcW w:type="dxa" w:w="2160"/>
          </w:tcPr>
          <w:p>
            <w:r/>
            <w:r>
              <w:t>点击左侧菜单「健康评估」</w:t>
            </w:r>
          </w:p>
        </w:tc>
        <w:tc>
          <w:tcPr>
            <w:tcW w:type="dxa" w:w="2160"/>
          </w:tcPr>
          <w:p>
            <w:r/>
            <w:r>
              <w:t>正常进入健康评估页面</w:t>
            </w:r>
          </w:p>
        </w:tc>
      </w:tr>
      <w:tr>
        <w:tc>
          <w:tcPr>
            <w:tcW w:type="dxa" w:w="2160"/>
          </w:tcPr>
          <w:p>
            <w:r/>
            <w:r>
              <w:t>H-06</w:t>
            </w:r>
          </w:p>
        </w:tc>
        <w:tc>
          <w:tcPr>
            <w:tcW w:type="dxa" w:w="2160"/>
          </w:tcPr>
          <w:p>
            <w:r/>
            <w:r>
              <w:t>健康评估查询</w:t>
            </w:r>
          </w:p>
        </w:tc>
        <w:tc>
          <w:tcPr>
            <w:tcW w:type="dxa" w:w="2160"/>
          </w:tcPr>
          <w:p>
            <w:r/>
            <w:r>
              <w:t>切换风场和日期</w:t>
            </w:r>
          </w:p>
        </w:tc>
        <w:tc>
          <w:tcPr>
            <w:tcW w:type="dxa" w:w="2160"/>
          </w:tcPr>
          <w:p>
            <w:r/>
            <w:r>
              <w:t>全场健康度、子系统图、排行榜、风机列表同步刷新</w:t>
            </w:r>
          </w:p>
        </w:tc>
      </w:tr>
      <w:tr>
        <w:tc>
          <w:tcPr>
            <w:tcW w:type="dxa" w:w="2160"/>
          </w:tcPr>
          <w:p>
            <w:r/>
            <w:r>
              <w:t>H-07</w:t>
            </w:r>
          </w:p>
        </w:tc>
        <w:tc>
          <w:tcPr>
            <w:tcW w:type="dxa" w:w="2160"/>
          </w:tcPr>
          <w:p>
            <w:r/>
            <w:r>
              <w:t>等级筛选</w:t>
            </w:r>
          </w:p>
        </w:tc>
        <w:tc>
          <w:tcPr>
            <w:tcW w:type="dxa" w:w="2160"/>
          </w:tcPr>
          <w:p>
            <w:r/>
            <w:r>
              <w:t>依次点击优/良/中/差</w:t>
            </w:r>
          </w:p>
        </w:tc>
        <w:tc>
          <w:tcPr>
            <w:tcW w:type="dxa" w:w="2160"/>
          </w:tcPr>
          <w:p>
            <w:r/>
            <w:r>
              <w:t>风机列表仅显示对应等级机组；无匹配时显示空状态</w:t>
            </w:r>
          </w:p>
        </w:tc>
      </w:tr>
      <w:tr>
        <w:tc>
          <w:tcPr>
            <w:tcW w:type="dxa" w:w="2160"/>
          </w:tcPr>
          <w:p>
            <w:r/>
            <w:r>
              <w:t>H-08</w:t>
            </w:r>
          </w:p>
        </w:tc>
        <w:tc>
          <w:tcPr>
            <w:tcW w:type="dxa" w:w="2160"/>
          </w:tcPr>
          <w:p>
            <w:r/>
            <w:r>
              <w:t>评分排序</w:t>
            </w:r>
          </w:p>
        </w:tc>
        <w:tc>
          <w:tcPr>
            <w:tcW w:type="dxa" w:w="2160"/>
          </w:tcPr>
          <w:p>
            <w:r/>
            <w:r>
              <w:t>切换高到低 / 低到高</w:t>
            </w:r>
          </w:p>
        </w:tc>
        <w:tc>
          <w:tcPr>
            <w:tcW w:type="dxa" w:w="2160"/>
          </w:tcPr>
          <w:p>
            <w:r/>
            <w:r>
              <w:t>列表按综合评分正确排序</w:t>
            </w:r>
          </w:p>
        </w:tc>
      </w:tr>
      <w:tr>
        <w:tc>
          <w:tcPr>
            <w:tcW w:type="dxa" w:w="2160"/>
          </w:tcPr>
          <w:p>
            <w:r/>
            <w:r>
              <w:t>H-09</w:t>
            </w:r>
          </w:p>
        </w:tc>
        <w:tc>
          <w:tcPr>
            <w:tcW w:type="dxa" w:w="2160"/>
          </w:tcPr>
          <w:p>
            <w:r/>
            <w:r>
              <w:t>机组详情抽屉</w:t>
            </w:r>
          </w:p>
        </w:tc>
        <w:tc>
          <w:tcPr>
            <w:tcW w:type="dxa" w:w="2160"/>
          </w:tcPr>
          <w:p>
            <w:r/>
            <w:r>
              <w:t>点击「查看诊断详情」</w:t>
            </w:r>
          </w:p>
        </w:tc>
        <w:tc>
          <w:tcPr>
            <w:tcW w:type="dxa" w:w="2160"/>
          </w:tcPr>
          <w:p>
            <w:r/>
            <w:r>
              <w:t>抽屉展示评分、分项明细及趋势图</w:t>
            </w:r>
          </w:p>
        </w:tc>
      </w:tr>
      <w:tr>
        <w:tc>
          <w:tcPr>
            <w:tcW w:type="dxa" w:w="2160"/>
          </w:tcPr>
          <w:p>
            <w:r/>
            <w:r>
              <w:t>H-10</w:t>
            </w:r>
          </w:p>
        </w:tc>
        <w:tc>
          <w:tcPr>
            <w:tcW w:type="dxa" w:w="2160"/>
          </w:tcPr>
          <w:p>
            <w:r/>
            <w:r>
              <w:t>趋势图时间范围</w:t>
            </w:r>
          </w:p>
        </w:tc>
        <w:tc>
          <w:tcPr>
            <w:tcW w:type="dxa" w:w="2160"/>
          </w:tcPr>
          <w:p>
            <w:r/>
            <w:r>
              <w:t>在抽屉中切换 7/30/365 天</w:t>
            </w:r>
          </w:p>
        </w:tc>
        <w:tc>
          <w:tcPr>
            <w:tcW w:type="dxa" w:w="2160"/>
          </w:tcPr>
          <w:p>
            <w:r/>
            <w:r>
              <w:t>各趋势折线图数据与坐标轴正确更新</w:t>
            </w:r>
          </w:p>
        </w:tc>
      </w:tr>
      <w:tr>
        <w:tc>
          <w:tcPr>
            <w:tcW w:type="dxa" w:w="2160"/>
          </w:tcPr>
          <w:p>
            <w:r/>
            <w:r>
              <w:t>H-11</w:t>
            </w:r>
          </w:p>
        </w:tc>
        <w:tc>
          <w:tcPr>
            <w:tcW w:type="dxa" w:w="2160"/>
          </w:tcPr>
          <w:p>
            <w:r/>
            <w:r>
              <w:t>尾流菜单进入</w:t>
            </w:r>
          </w:p>
        </w:tc>
        <w:tc>
          <w:tcPr>
            <w:tcW w:type="dxa" w:w="2160"/>
          </w:tcPr>
          <w:p>
            <w:r/>
            <w:r>
              <w:t>点击左侧菜单「尾流分析（风资源尾流）」</w:t>
            </w:r>
          </w:p>
        </w:tc>
        <w:tc>
          <w:tcPr>
            <w:tcW w:type="dxa" w:w="2160"/>
          </w:tcPr>
          <w:p>
            <w:r/>
            <w:r>
              <w:t>正常进入尾流分析页面</w:t>
            </w:r>
          </w:p>
        </w:tc>
      </w:tr>
      <w:tr>
        <w:tc>
          <w:tcPr>
            <w:tcW w:type="dxa" w:w="2160"/>
          </w:tcPr>
          <w:p>
            <w:r/>
            <w:r>
              <w:t>H-12</w:t>
            </w:r>
          </w:p>
        </w:tc>
        <w:tc>
          <w:tcPr>
            <w:tcW w:type="dxa" w:w="2160"/>
          </w:tcPr>
          <w:p>
            <w:r/>
            <w:r>
              <w:t>尾流风场查询</w:t>
            </w:r>
          </w:p>
        </w:tc>
        <w:tc>
          <w:tcPr>
            <w:tcW w:type="dxa" w:w="2160"/>
          </w:tcPr>
          <w:p>
            <w:r/>
            <w:r>
              <w:t>选择风场与日期</w:t>
            </w:r>
          </w:p>
        </w:tc>
        <w:tc>
          <w:tcPr>
            <w:tcW w:type="dxa" w:w="2160"/>
          </w:tcPr>
          <w:p>
            <w:r/>
            <w:r>
              <w:t>资源概览与尾流情况数据正确加载</w:t>
            </w:r>
          </w:p>
        </w:tc>
      </w:tr>
      <w:tr>
        <w:tc>
          <w:tcPr>
            <w:tcW w:type="dxa" w:w="2160"/>
          </w:tcPr>
          <w:p>
            <w:r/>
            <w:r>
              <w:t>H-13</w:t>
            </w:r>
          </w:p>
        </w:tc>
        <w:tc>
          <w:tcPr>
            <w:tcW w:type="dxa" w:w="2160"/>
          </w:tcPr>
          <w:p>
            <w:r/>
            <w:r>
              <w:t>尾流 Tab 切换</w:t>
            </w:r>
          </w:p>
        </w:tc>
        <w:tc>
          <w:tcPr>
            <w:tcW w:type="dxa" w:w="2160"/>
          </w:tcPr>
          <w:p>
            <w:r/>
            <w:r>
              <w:t>切换资源概览 / 尾流情况</w:t>
            </w:r>
          </w:p>
        </w:tc>
        <w:tc>
          <w:tcPr>
            <w:tcW w:type="dxa" w:w="2160"/>
          </w:tcPr>
          <w:p>
            <w:r/>
            <w:r>
              <w:t>对应图表与表格正常渲染</w:t>
            </w:r>
          </w:p>
        </w:tc>
      </w:tr>
      <w:tr>
        <w:tc>
          <w:tcPr>
            <w:tcW w:type="dxa" w:w="2160"/>
          </w:tcPr>
          <w:p>
            <w:r/>
            <w:r>
              <w:t>H-14</w:t>
            </w:r>
          </w:p>
        </w:tc>
        <w:tc>
          <w:tcPr>
            <w:tcW w:type="dxa" w:w="2160"/>
          </w:tcPr>
          <w:p>
            <w:r/>
            <w:r>
              <w:t>尾流图片预览</w:t>
            </w:r>
          </w:p>
        </w:tc>
        <w:tc>
          <w:tcPr>
            <w:tcW w:type="dxa" w:w="2160"/>
          </w:tcPr>
          <w:p>
            <w:r/>
            <w:r>
              <w:t>点击分布图缩略图</w:t>
            </w:r>
          </w:p>
        </w:tc>
        <w:tc>
          <w:tcPr>
            <w:tcW w:type="dxa" w:w="2160"/>
          </w:tcPr>
          <w:p>
            <w:r/>
            <w:r>
              <w:t>弹出大图预览</w:t>
            </w:r>
          </w:p>
        </w:tc>
      </w:tr>
      <w:tr>
        <w:tc>
          <w:tcPr>
            <w:tcW w:type="dxa" w:w="2160"/>
          </w:tcPr>
          <w:p>
            <w:r/>
            <w:r>
              <w:t>H-15</w:t>
            </w:r>
          </w:p>
        </w:tc>
        <w:tc>
          <w:tcPr>
            <w:tcW w:type="dxa" w:w="2160"/>
          </w:tcPr>
          <w:p>
            <w:r/>
            <w:r>
              <w:t>尾流表格筛选</w:t>
            </w:r>
          </w:p>
        </w:tc>
        <w:tc>
          <w:tcPr>
            <w:tcW w:type="dxa" w:w="2160"/>
          </w:tcPr>
          <w:p>
            <w:r/>
            <w:r>
              <w:t>切换「受尾流影响/不受尾流影响」</w:t>
            </w:r>
          </w:p>
        </w:tc>
        <w:tc>
          <w:tcPr>
            <w:tcW w:type="dxa" w:w="2160"/>
          </w:tcPr>
          <w:p>
            <w:r/>
            <w:r>
              <w:t>表格仅显示符合条件机组</w:t>
            </w:r>
          </w:p>
        </w:tc>
      </w:tr>
      <w:tr>
        <w:tc>
          <w:tcPr>
            <w:tcW w:type="dxa" w:w="2160"/>
          </w:tcPr>
          <w:p>
            <w:r/>
            <w:r>
              <w:t>H-16</w:t>
            </w:r>
          </w:p>
        </w:tc>
        <w:tc>
          <w:tcPr>
            <w:tcW w:type="dxa" w:w="2160"/>
          </w:tcPr>
          <w:p>
            <w:r/>
            <w:r>
              <w:t>尾流表头排序</w:t>
            </w:r>
          </w:p>
        </w:tc>
        <w:tc>
          <w:tcPr>
            <w:tcW w:type="dxa" w:w="2160"/>
          </w:tcPr>
          <w:p>
            <w:r/>
            <w:r>
              <w:t>点击风机名称等列排序按钮</w:t>
            </w:r>
          </w:p>
        </w:tc>
        <w:tc>
          <w:tcPr>
            <w:tcW w:type="dxa" w:w="2160"/>
          </w:tcPr>
          <w:p>
            <w:r/>
            <w:r>
              <w:t>数据按升序/降序正确排列；风机名称自然排序</w:t>
            </w:r>
          </w:p>
        </w:tc>
      </w:tr>
      <w:tr>
        <w:tc>
          <w:tcPr>
            <w:tcW w:type="dxa" w:w="2160"/>
          </w:tcPr>
          <w:p>
            <w:r/>
            <w:r>
              <w:t>H-17</w:t>
            </w:r>
          </w:p>
        </w:tc>
        <w:tc>
          <w:tcPr>
            <w:tcW w:type="dxa" w:w="2160"/>
          </w:tcPr>
          <w:p>
            <w:r/>
            <w:r>
              <w:t>尾流玫瑰图布局</w:t>
            </w:r>
          </w:p>
        </w:tc>
        <w:tc>
          <w:tcPr>
            <w:tcW w:type="dxa" w:w="2160"/>
          </w:tcPr>
          <w:p>
            <w:r/>
            <w:r>
              <w:t>查看资源概览风向玫瑰图</w:t>
            </w:r>
          </w:p>
        </w:tc>
        <w:tc>
          <w:tcPr>
            <w:tcW w:type="dxa" w:w="2160"/>
          </w:tcPr>
          <w:p>
            <w:r/>
            <w:r>
              <w:t>机组编号在图下方，单元格有边框</w:t>
            </w:r>
          </w:p>
        </w:tc>
      </w:tr>
      <w:tr>
        <w:tc>
          <w:tcPr>
            <w:tcW w:type="dxa" w:w="2160"/>
          </w:tcPr>
          <w:p>
            <w:r/>
            <w:r>
              <w:t>H-18</w:t>
            </w:r>
          </w:p>
        </w:tc>
        <w:tc>
          <w:tcPr>
            <w:tcW w:type="dxa" w:w="2160"/>
          </w:tcPr>
          <w:p>
            <w:r/>
            <w:r>
              <w:t>无数据场景</w:t>
            </w:r>
          </w:p>
        </w:tc>
        <w:tc>
          <w:tcPr>
            <w:tcW w:type="dxa" w:w="2160"/>
          </w:tcPr>
          <w:p>
            <w:r/>
            <w:r>
              <w:t>选择无数据风场或日期</w:t>
            </w:r>
          </w:p>
        </w:tc>
        <w:tc>
          <w:tcPr>
            <w:tcW w:type="dxa" w:w="2160"/>
          </w:tcPr>
          <w:p>
            <w:r/>
            <w:r>
              <w:t>页面展示空状态提示，无报错</w:t>
            </w:r>
          </w:p>
        </w:tc>
      </w:tr>
    </w:tbl>
    <w:p/>
    <w:p/>
    <w:p>
      <w:pPr>
        <w:pStyle w:val="Heading2"/>
      </w:pPr>
      <w:r>
        <w:t>7. 常见问题</w:t>
      </w:r>
    </w:p>
    <w:tbl>
      <w:tblPr>
        <w:tblStyle w:val="TableGrid"/>
        <w:tblW w:type="auto" w:w="0"/>
        <w:tblLook w:firstColumn="1" w:firstRow="1" w:lastColumn="0" w:lastRow="0" w:noHBand="0" w:noVBand="1" w:val="04A0"/>
      </w:tblPr>
      <w:tblGrid>
        <w:gridCol w:w="2880"/>
        <w:gridCol w:w="2880"/>
        <w:gridCol w:w="2880"/>
      </w:tblGrid>
      <w:tr>
        <w:tc>
          <w:tcPr>
            <w:tcW w:type="dxa" w:w="2880"/>
          </w:tcPr>
          <w:p>
            <w:r/>
            <w:r>
              <w:t>问题</w:t>
            </w:r>
          </w:p>
        </w:tc>
        <w:tc>
          <w:tcPr>
            <w:tcW w:type="dxa" w:w="2880"/>
          </w:tcPr>
          <w:p>
            <w:r/>
            <w:r>
              <w:t>可能原因</w:t>
            </w:r>
          </w:p>
        </w:tc>
        <w:tc>
          <w:tcPr>
            <w:tcW w:type="dxa" w:w="2880"/>
          </w:tcPr>
          <w:p>
            <w:r/>
            <w:r>
              <w:t>处理建议</w:t>
            </w:r>
          </w:p>
        </w:tc>
      </w:tr>
      <w:tr>
        <w:tc>
          <w:tcPr>
            <w:tcW w:type="dxa" w:w="2880"/>
          </w:tcPr>
          <w:p>
            <w:r/>
            <w:r>
              <w:t>页面显示「暂无数据」</w:t>
            </w:r>
          </w:p>
        </w:tc>
        <w:tc>
          <w:tcPr>
            <w:tcW w:type="dxa" w:w="2880"/>
          </w:tcPr>
          <w:p>
            <w:r/>
            <w:r>
              <w:t>风场未选择、日期无分析结果或权限不足</w:t>
            </w:r>
          </w:p>
        </w:tc>
        <w:tc>
          <w:tcPr>
            <w:tcW w:type="dxa" w:w="2880"/>
          </w:tcPr>
          <w:p>
            <w:r/>
            <w:r>
              <w:t>确认风场已选择、日期有效，或联系管理员核对后台数据</w:t>
            </w:r>
          </w:p>
        </w:tc>
      </w:tr>
      <w:tr>
        <w:tc>
          <w:tcPr>
            <w:tcW w:type="dxa" w:w="2880"/>
          </w:tcPr>
          <w:p>
            <w:r/>
            <w:r>
              <w:t>从驾驶舱跳转后风场未回填</w:t>
            </w:r>
          </w:p>
        </w:tc>
        <w:tc>
          <w:tcPr>
            <w:tcW w:type="dxa" w:w="2880"/>
          </w:tcPr>
          <w:p>
            <w:r/>
            <w:r>
              <w:t>驾驶舱仅选择了公司层级而未选到具体风场</w:t>
            </w:r>
          </w:p>
        </w:tc>
        <w:tc>
          <w:tcPr>
            <w:tcW w:type="dxa" w:w="2880"/>
          </w:tcPr>
          <w:p>
            <w:r/>
            <w:r>
              <w:t>在驾驶舱左侧组织树中选择具体风场后再点击表格跳转</w:t>
            </w:r>
          </w:p>
        </w:tc>
      </w:tr>
      <w:tr>
        <w:tc>
          <w:tcPr>
            <w:tcW w:type="dxa" w:w="2880"/>
          </w:tcPr>
          <w:p>
            <w:r/>
            <w:r>
              <w:t>图表未显示或布局错乱</w:t>
            </w:r>
          </w:p>
        </w:tc>
        <w:tc>
          <w:tcPr>
            <w:tcW w:type="dxa" w:w="2880"/>
          </w:tcPr>
          <w:p>
            <w:r/>
            <w:r>
              <w:t>浏览器窗口尺寸变化后图表未重绘</w:t>
            </w:r>
          </w:p>
        </w:tc>
        <w:tc>
          <w:tcPr>
            <w:tcW w:type="dxa" w:w="2880"/>
          </w:tcPr>
          <w:p>
            <w:r/>
            <w:r>
              <w:t>刷新页面，或调整浏览器窗口大小触发图表自适应</w:t>
            </w:r>
          </w:p>
        </w:tc>
      </w:tr>
      <w:tr>
        <w:tc>
          <w:tcPr>
            <w:tcW w:type="dxa" w:w="2880"/>
          </w:tcPr>
          <w:p>
            <w:r/>
            <w:r>
              <w:t>机组详情某项显示「/」</w:t>
            </w:r>
          </w:p>
        </w:tc>
        <w:tc>
          <w:tcPr>
            <w:tcW w:type="dxa" w:w="2880"/>
          </w:tcPr>
          <w:p>
            <w:r/>
            <w:r>
              <w:t>该分项未达到评估标准或无有效评分</w:t>
            </w:r>
          </w:p>
        </w:tc>
        <w:tc>
          <w:tcPr>
            <w:tcW w:type="dxa" w:w="2880"/>
          </w:tcPr>
          <w:p>
            <w:r/>
            <w:r>
              <w:t>属正常状态，悬停问号图标可查看说明</w:t>
            </w:r>
          </w:p>
        </w:tc>
      </w:tr>
      <w:tr>
        <w:tc>
          <w:tcPr>
            <w:tcW w:type="dxa" w:w="2880"/>
          </w:tcPr>
          <w:p>
            <w:r/>
            <w:r>
              <w:t>筛选后列表为空</w:t>
            </w:r>
          </w:p>
        </w:tc>
        <w:tc>
          <w:tcPr>
            <w:tcW w:type="dxa" w:w="2880"/>
          </w:tcPr>
          <w:p>
            <w:r/>
            <w:r>
              <w:t>当前风场下无对应健康等级的风机</w:t>
            </w:r>
          </w:p>
        </w:tc>
        <w:tc>
          <w:tcPr>
            <w:tcW w:type="dxa" w:w="2880"/>
          </w:tcPr>
          <w:p>
            <w:r/>
            <w:r>
              <w:t>切换筛选条件为「全部」查看完整列表</w:t>
            </w:r>
          </w:p>
        </w:tc>
      </w:tr>
      <w:tr>
        <w:tc>
          <w:tcPr>
            <w:tcW w:type="dxa" w:w="2880"/>
          </w:tcPr>
          <w:p>
            <w:r/>
            <w:r>
              <w:t>尾流页面无内容</w:t>
            </w:r>
          </w:p>
        </w:tc>
        <w:tc>
          <w:tcPr>
            <w:tcW w:type="dxa" w:w="2880"/>
          </w:tcPr>
          <w:p>
            <w:r/>
            <w:r>
              <w:t>未选择风场</w:t>
            </w:r>
          </w:p>
        </w:tc>
        <w:tc>
          <w:tcPr>
            <w:tcW w:type="dxa" w:w="2880"/>
          </w:tcPr>
          <w:p>
            <w:r/>
            <w:r>
              <w:t>先在顶部筛选栏选择风场</w:t>
            </w:r>
          </w:p>
        </w:tc>
      </w:tr>
      <w:tr>
        <w:tc>
          <w:tcPr>
            <w:tcW w:type="dxa" w:w="2880"/>
          </w:tcPr>
          <w:p>
            <w:r/>
            <w:r>
              <w:t>尾流表格排序结果异常</w:t>
            </w:r>
          </w:p>
        </w:tc>
        <w:tc>
          <w:tcPr>
            <w:tcW w:type="dxa" w:w="2880"/>
          </w:tcPr>
          <w:p>
            <w:r/>
            <w:r>
              <w:t>误按其他列排序</w:t>
            </w:r>
          </w:p>
        </w:tc>
        <w:tc>
          <w:tcPr>
            <w:tcW w:type="dxa" w:w="2880"/>
          </w:tcPr>
          <w:p>
            <w:r/>
            <w:r>
              <w:t>点击风机名称列排序按钮，确认升序/降序图标状态</w:t>
            </w:r>
          </w:p>
        </w:tc>
      </w:tr>
    </w:tbl>
    <w:p/>
    <w:p/>
    <w:p>
      <w:r>
        <w:t>*文档结束*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