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2.90.1（与系统版本一致）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2.90.1.docx》《数据要求说明_观澜_2.90.1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2.90.1，版本记录（HISTORY）共 167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2.90.1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v2.90.1」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app_guanlang_v2.90.1.zip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2.90.1（与系统版本同号）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2.59.0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169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167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修模块边界违规：置信度接线改经 api 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置信度诊断式接线· TCM 口径与规则立项· 扩窗数据阻塞结论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backlog 其余 6 项收口：C02 未接线且当前不可实现 · A03/A04 定论 · §5 三项观澜已实现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P2：置信度模块接线状态明文标注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P1：窗数口径与单窗拒判升格为明文条款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P0：持续性门/覆盖门改为 max(4, ceil(2N/3))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backlog 第 1 项定位：观澜持续性门/覆盖门与窗数口径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主张审计清单 v0.1＋修 B02 陈旧文案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核实并修正「Word 里的图与页面一致」：缺 data-blk 导致导出仍用后端重绘 + 图内字体未内联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Word 里的图与页面完全一致：前端把页面 SVG 栅格化回传，后端原样嵌入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导出 Word 带图形：后端按章节生成 matplotlib 图并嵌入 docx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汇报定制：章节正文渲染器从 v2.9.2 原文移植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修「执行重算」第 ⑦ 步失败：「kb_ingest.py」 把 「_install_root」 误写成 「_p._ins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措辞政策定案：以实时接口用词为准；3 条差异改判为「基线旧快照用词」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清产物后给友好空态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清产物/重算后工作台自动重取数；实测空数据各页显示空态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修「清除产物 404」：网关加 Path=/ops/api/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专用路由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修「系统维护」数据重算按钮消失：内嵌改为直接 iframe src=/ops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修「汇报定制」按钮不可用：照旧页逐条接线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 不随时间窗变化」：改用随窗 KPI 并注明证据窗口径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方案 B：「振动 CMS」按门户原页逐条保真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「振动 CMS」改用与其它子选项卡相同的渲染路径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CMS」看着没内容：影子树内 :root 失效，改为 :host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门户去掉三项已迁移导航；「振动 CMS」改 Shadow DOM 渲染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 展示不出」：TDZ；内嵌 iframe 改 Blob URL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CMS」展示：改门户同款渲染，实时 chip 归位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修「系统维护」等页签内容未加载：App 改为按页签按需取数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修「数据重算」看不到清除产物/重算按钮：网关去掉 X-Frame-Options 默认 DENY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「系统维护」内的「数据重算」改为同源 iframe + 门户 CSS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「系统维护」内的「数据重算」改为 v2.9.2 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「振动 CMS」页数值全部按窗/CMS 实时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门户「振动·CMS」迁入「振动融合分析」为并列子选项卡「振动 CMS」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修「振动融合分析」点击子选项卡页面不变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振动融合分析与 v2.9.2 差异核定；修 cms 子页面未取 /api/vibcms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页签精简+ 删除页头模式按钮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入库「整页外壳对比」工具；回滚一次导致挂载失败的外壳对齐尝试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工作台补全套时间窗控件；门户装配改分阶段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」/detail/v2「 空白：vite base 由相对 」./「 改为绝对 」/web/「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修「点登录不进工作台」：iframe 内捕获期接管 4 个入口 + 外层 hashchange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修「登录后进不了工作台」：补 /detail/v2 路径判定 + 修 TDZ；门户三入口改 target=_top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修门户正文出现原始标记文字：装配口径照 portal_build.py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门户整页化 + 」/detail/v2「 指向 Vue 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修「不居中」：补 v2.9.2 的外层容器 .wrap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门户模式标题取门户自身；真机两版并排结果记档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结构对拍 10/10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+1 的诊断记档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内容对拍 10/10 全绿；结构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对拍判据稳定化；步骤⑤之一：文本/表格/图数字复核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收敛到 +1；9/10 稳定达标 + 记录两处待办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energy / generation / fault 结构一致；component 收敛到 +6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结构一致+ energy/generation 图表改用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新版根路径 」/「 = 门户；工作台走 」#workbench「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新增 v-unwrap 指令：消除 v-html 宿主多出的一层 ⇒ vibration / assistant 结构一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overview 结构对齐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页图表改用 v2.9.2 的 SVG 渲染器+ 结构判据透明化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修可移植性门禁红项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门户在 Vue 中严格实现+ 静态附加件放置助手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图表改为复用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结构级对拍：工具落地 + 逐页签差距实测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恢复呈现对拍基线：10 个页签实测与重构前一致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前端与 v2.9.2 一致：Vue 采用旧页样式表 + 提供 v2.9.2 原样经典页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「门户栏目」收敛为在线服务两项；「架构与资料」内嵌四节整页展开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门户四节原样内嵌进工作台+ 修 Workbench 模板分支未命中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工作台补「门户栏目」页签；记档一次失败的网关路由尝试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两个 Java 进程纳入 serve 托管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门户「交付文档」「数据重算」迁入工作台页签+ 后端接口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产品机就绪收尾：重算链安全清理 + 逐件台账再生 + 暂存件移出产物仓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旧产物件清理+ 台账误删的自我修复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修回被删残的重算链并留待办提示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系统设计说明补“三栈重写的删除批次与能力承接”一节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单文件烘焙页随旧页退役 ⇒ 旧页渲染批已全部删除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lang.py 退役+ 补 en.ts ⇒ 项目检查全绿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 Python 业务后端；产物生成端取数改指算法服务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入口改为 Vue 工作台 · 门户退役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删除旧页 design/terms+ 摘除 api 转发 ⇒ 全门禁保持通过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删被替掉的旧页前端资源+ 台账与门禁随退役对齐 ⇒ 全门禁通过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 依赖台账按退役后的现场重写 ⇒ 全门禁恢复绿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产物登记按“不随包”入册 + 审计先看 known_gap ⇒ 开箱验证全绿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网关精确路径别名+ 契约面收敛 ⇒ 复核 40/40 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config_audit 逮到的“手拼 configs 路径”⇒ 全门禁恢复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契约复核基址随架构更新⇒ 36/42；6 条页级不一致已列明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开箱核验页面清单随架构更新⇒ 页面 5/5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交付形态补齐：四模块可单独打包 + 根 run.bat/run.sh + install/uninstall 支持按模块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停用 Python 业务后端：运行期验证不再需要它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门户制品化：Java 网关文件优先伺服 release/portal.html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 /api/rpt_compose 探针⇒ 前端对拍恢复 10/10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修门户回归+ 登记 gateway_java 端口 ⇒ 门禁恢复全绿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入口切到 Java 网关；Python 网关退到 28086 继续供 /ops；旧页 /detail/v2 仍可达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网关补齐入口——为删 Python 源码铺路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灰度切换：同源 /api/* 直通 Java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问答管线真跑成功；裁判把 ask_status 状态字段整组登记忽略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问答管线端到端接通；仅因本机模型服务未启动而报错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问答管线搬进算法服务；Java 侧接线暂撤回以保树可编译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POST /api/ask 校验语义对齐 + 裁判加 POST 能力 ⇒ Java 范围 17/17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收口+ 裁判加解包文本比对 ⇒ 计分板 16/17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组装侧就绪；HTTP 与 Java 侧下一轮接通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vibcms 与 reload 迁移 + 裁判对有状态端点加固 ⇒ 计分板 15/17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ask_models 与 ask_status 用 Java 实现并逐值一致 ⇒ 计分板 13/17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 迁移 + 裁判学会等落定 ⇒ 计分板 11/17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/api/fleet 逐值一致 ⇒ 计分板 10/17；裁判加预热消除冷启假差异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链路打通但差异收敛到单字段，未计一致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搬运完成但未计一致：自检仅剩 kpi.关注台 一处差异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/api/channels 一致⇒ 计分板 9/17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/api/maint_std 逐值一致 ⇒ 计分板 8/17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/api/maint_framework 逐值一致 ⇒ 计分板 7/17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/api/ont_chain 逐值一致 ⇒ 计分板 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本体两端点逐值一致 ⇒ 计分板 5/17；算法服务通用参数透传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/api/maint_survey 逐值一致：定下数据类端点迁移范式 + Java 复刻对外脱敏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迁移范围澄清：契约 42 条中属 Java 后端的是 17 条，算法 13 条本就是目标栈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第二批端点 /api/dq_findings 逐值一致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迁移裁判修正：未实现只按 HTTP 状态判；澄清 /api/facts/claim 不在 42 条契约内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后端迁移开工：逐条比对裁判 + 同一源站灰度路由 + 首批端点 /api/facts 已一致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灰度切换第一步就绪：Vue 产物经网关可作并列入口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report 页签迁移完成 ⇒ 10/10 页签全部通过严格整页签对拍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assistant 与 system 两个页签迁移完成 ⇒ 已迁页签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页签迁移完成⇒ 已迁页签 7/10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页签迁移完成⇒ 已迁页签 6/10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继续推进：补曲线图组 HTML 图例、候选机整串渲染；对拍仍受 /api/curves 建设态影响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页签迁移进行中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页签迁移完成⇒ 已迁页签 5/10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events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units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loop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matrix 子视图迁移完成，对拍 561 条文本一致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对拍门支持子视图；vibration 侦察结论入档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页签迁移完成；对拍门加“显式例外”并记下后端一处口径文案不一致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对拍推进：Pareto 图内 HTML 摘要逐字复现，图数据改用原值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页签迁移进行中+ 对拍门两处口径修正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三页签通过严格整页签对拍· ECharts 图表数据级一致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ECharts 引入 + Java 网关/OAuth2/Security 落地；呈现对拍门升级为“严格整页签”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Vue 迁移第一个页签+ 呈现对拍门：jsdom 跑旧页面 vs Vue SSR，锚点逐项一致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后端 Java 化：Spring Boot 2.7.18 + springfox Swagger 离线可编可跑，与算法服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 Vue 化：Vue3+Vite+TS 工程落 release/web、经网关 /web 同源伺服、契约冒烟两侧一致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冻契约：现有 HTTP 面固化成契约正本 + 在线复核门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算法服务随 serve 默认起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算法服务消缺：日志纳入统一格式+ 端点登记表按实测收口 + 模块入口可起服务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算法服务化：算法层包成 FastAPI 服务，离线依赖随包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分别打包：前端 / 后端 / 算法 / 数据接入与管理 各自成包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P9 源码目录结构变更：实现包上提模块根 + 每模块 common/configs/data/README/入口脚本 +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源码梳理与死代码清理：删 cms_availability+ 清本地残留 15.4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模块化重构收官 P7：质量门与打包安装迁移——七个模块齐备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P6：本体与知识层实体迁移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消缺：guanlan.py stop 在 pids.json 读不动/删不掉时抛异常中断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P5：前端层实体迁移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消缺：服务 restart 的等待判据把 STOP_PENDING 当成已停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消缺：Windows 服务 restart 是无效命令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P4：后端层实体迁移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P3：算法层实体迁移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P2：数据接入管理实体迁移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167 条记录（即两级旧编号 0.4.0 与 0.2.0，以及从 2.5.0 起按规则递增的165个版本）。按级别统计，这165个版本里「中」级变化86条（2.90.0、2.89.0、2.88.0、2.87.0、2.86.0、2.85.0、2.84.0、2.83.0、2.82.0、2.81.0、2.80.0、2.79.0、2.78.0、2.77.0、2.76.0、2.75.0、2.74.0、2.73.0、2.72.0、2.71.0、2.70.0、2.69.0、2.68.0、2.67.0、2.66.0、2.65.0、2.64.0、2.63.0、2.62.0、2.61.0、2.60.0、2.59.0、2.58.0、2.57.0、2.56.0、2.55.0、2.54.0、2.53.0、2.52.0、2.51.0、2.50.0、2.49.0、2.48.0、2.47.0、2.46.0、2.45.0、2.44.0、2.43.0、2.42.0、2.41.0、2.40.0、2.39.0、2.38.0、2.37.0、2.36.0、2.35.0、2.34.0、2.33.0、2.32.0、2.31.0、2.30.0、2.29.0、2.28.0、2.27.0、2.26.0、2.25.0、2.24.0、2.23.0、2.22.0、2.21.0、2.20.0、2.19.0、2.18.0、2.17.0、2.16.0、2.15.0、2.14.0、2.13.0、2.12.0、2.11.0、2.10.0、2.9.0、2.8.0、2.7.0、2.6.0、2.5.0），「小」级变化79条（2.90.1、2.89.5、2.89.4、2.89.3、2.89.2、2.89.1、2.88.1、2.85.2、2.85.1、2.84.1、2.83.3、2.83.2、2.83.1、2.82.2、2.82.1、2.81.7、2.81.6、2.81.5、2.81.4、2.81.3、2.81.2、2.81.1、2.80.2、2.80.1、2.79.1、2.78.4、2.78.3、2.78.2、2.78.1、2.76.1、2.75.1、2.66.1、2.63.1、2.62.1、2.60.1、2.57.2、2.57.1、2.56.1、2.54.1、2.53.2、2.53.1、2.52.1、2.51.1、2.47.1、2.42.1、2.40.1、2.36.2、2.36.1、2.30.1、2.29.1、2.28.1、2.24.2、2.24.1、2.23.3、2.23.2、2.23.1、2.22.1、2.21.2、2.21.1、2.15.2、2.15.1、2.12.1、2.11.9、2.11.8、2.11.7、2.11.6、2.11.5、2.11.4、2.11.3、2.11.2、2.11.1、2.10.4、2.10.3、2.10.2、2.10.1、2.9.2、2.9.1、2.8.2、2.8.1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v2.90.1」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169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169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章；《数据要求说明_观澜_2.90.1.docx》第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v2.90.1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。每个源类目录名就是摄入接口，改名等于换接口。数据族与功能的对应关系如下表；逐类的字段、单位、必须性与质量要求见同批交付的《数据要求说明_观澜_2.90.1.docx》。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2.90.1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169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版本管理与记录表一致（v2.90.1，包名 app_guanlang_v2.90.1.zip）；卸载入口两个都在位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169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一致：」&lt;场&gt;「、」&lt;场站&gt;「、」&lt;机型&gt;「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2.90.1.docx》《系统设计说明_观澜_2.90.1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场相关的一切取值都落在场定义文件 」app_ETL/configs/farms/&lt;场&gt;.yaml「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>：代码只读它，不在代码里写场名、机组数或原始件路径。当前场由环境变量 」WINDSCADA_FARM=&lt;场&gt;「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场定义必须有七个必填键：」name「、」n_turbines「、」turbines「、」src_10min「、」src_alarm「、」store「、」rated_kw「；缺任何一个都在装载时响亮报出缺少的键名，绝不带病进入分析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场定义文件 」app_ETL/configs/farms/&lt;场&gt;.yaml「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当前场由 」WINDSCADA_FARM=&lt;场&gt;「 或 set_current() 选择，切换只改选择不改代码；以 」app_ETL/configs/farms/&lt;场&gt;.yaml「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」data/raw「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」app_ETL/configs/contracts/&lt;机型&gt;_&lt;场&gt;.yaml「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机组清单、机组数、额定容量与机型参数一律取自场定义与机型契约；」turbines「 同时支持逐台列举与「前缀加台号区间」两种写法，且 」n_turbines「 与 」turbines「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 」turbines「、」n_turbines「、」rated_kw「；」app_ETL/configs/contracts/&lt;机型&gt;_&lt;场&gt;.yaml「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换一个机组数不同的场后，矩阵行数与台账件数随 」n_turbines「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_expand()；app_ETL/configs/farms/&lt;场&gt;.yaml；app_ETL/configs/contracts/&lt;机型&gt;_&lt;场&gt;.yaml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FR-38；app_ETL/configs/farms/&lt;场&gt;/field_semantic_registry.yaml；docs/输入数据放置指导_v0.1.md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app_ETL/configs/farms/&lt;场&gt;.yaml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src/windscada/lang.py；app_ETL/configs/farms/&lt;场&gt;/field_semantic_registry.yaml；NFR-04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《数据要求说明_观澜_2.90.1.docx》第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装载无报错；」n_turbines「 与 」turbines「 的台数一致；」rated_kw「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」WINDSCADA_FARM=&lt;场&gt;「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」app_ETL/configs/contracts/&lt;机型&gt;_&lt;场&gt;.yaml「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」app_ETL/configs/farms/&lt;场&gt;.yaml「 的 」name「、」n_turbines「、」turbines「、」src_10min「、」src_alarm「、」store「、」rated_kw「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」WINDSCADA_FARM=&lt;场&gt;「 或 set_current()；」app_ETL/configs/farms/&lt;场&gt;.yaml「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」data/raw/&lt;场站&gt;「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」turbines「、」n_turbines「、」rated_kw「；」app_ETL/configs/contracts/&lt;机型&gt;_&lt;场&gt;.yaml「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取数层族入口；app_ETL/configs/farms/&lt;场&gt;/field_semantic_registry.yaml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app_ETL/configs/contracts/&lt;机型&gt;_&lt;场&gt;.yaml 与 app_ETL/configs/canonical/dictionary.yaml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docs/src/数据要求说明_观澜_2.90.1.md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docs/src/系统设计说明_观澜_2.90.1.md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表中 」&lt;场&gt;「、」&lt;场站&gt;「、」&lt;机型&gt;「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一个场的最小事实集合：名称、机组数与机组清单、原始件路径、标准仓与额定容量；落 」app_ETL/configs/farms/&lt;场&gt;.yaml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docs/src/数据要求说明_观澜_2.90.1.md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2.90.1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